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28C4F" w14:textId="77777777" w:rsidR="007C7393" w:rsidRDefault="007C7393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59"/>
        <w:gridCol w:w="1559"/>
        <w:gridCol w:w="3260"/>
        <w:gridCol w:w="1276"/>
        <w:gridCol w:w="4001"/>
        <w:gridCol w:w="2211"/>
        <w:gridCol w:w="2211"/>
      </w:tblGrid>
      <w:tr w:rsidR="00B33A2E" w:rsidRPr="003912E7" w14:paraId="4E6BE793" w14:textId="77777777" w:rsidTr="00B33A2E">
        <w:tc>
          <w:tcPr>
            <w:tcW w:w="15477" w:type="dxa"/>
            <w:gridSpan w:val="7"/>
            <w:vAlign w:val="center"/>
          </w:tcPr>
          <w:p w14:paraId="571BF351" w14:textId="77777777" w:rsidR="00B33A2E" w:rsidRPr="003912E7" w:rsidRDefault="00B33A2E" w:rsidP="00B33A2E">
            <w:pPr>
              <w:tabs>
                <w:tab w:val="left" w:pos="280"/>
                <w:tab w:val="center" w:pos="7104"/>
                <w:tab w:val="left" w:pos="12460"/>
              </w:tabs>
              <w:jc w:val="center"/>
              <w:rPr>
                <w:rFonts w:asciiTheme="majorHAnsi" w:hAnsiTheme="majorHAnsi" w:cstheme="majorHAnsi"/>
                <w:b/>
                <w:sz w:val="32"/>
                <w:szCs w:val="32"/>
              </w:rPr>
            </w:pPr>
            <w:r w:rsidRPr="003912E7">
              <w:rPr>
                <w:rFonts w:asciiTheme="majorHAnsi" w:hAnsiTheme="majorHAnsi" w:cstheme="majorHAnsi"/>
                <w:b/>
                <w:sz w:val="32"/>
                <w:szCs w:val="32"/>
              </w:rPr>
              <w:t xml:space="preserve">202…-202… EĞİTİM-ÖĞRETİM YILI ……………………………………………  </w:t>
            </w:r>
            <w:hyperlink r:id="rId8" w:history="1">
              <w:r w:rsidRPr="003912E7">
                <w:rPr>
                  <w:rStyle w:val="Kpr"/>
                  <w:rFonts w:asciiTheme="majorHAnsi" w:hAnsiTheme="majorHAnsi" w:cstheme="majorHAnsi"/>
                  <w:b/>
                  <w:sz w:val="32"/>
                  <w:szCs w:val="32"/>
                </w:rPr>
                <w:t>www.fenusbilim.com</w:t>
              </w:r>
            </w:hyperlink>
            <w:r w:rsidRPr="003912E7">
              <w:rPr>
                <w:rFonts w:asciiTheme="majorHAnsi" w:hAnsiTheme="majorHAnsi" w:cstheme="majorHAnsi"/>
                <w:b/>
                <w:sz w:val="32"/>
                <w:szCs w:val="32"/>
              </w:rPr>
              <w:t xml:space="preserve"> ORTAOKULU</w:t>
            </w:r>
          </w:p>
          <w:p w14:paraId="52958DC0" w14:textId="29991085" w:rsidR="00B33A2E" w:rsidRPr="003912E7" w:rsidRDefault="00B33A2E" w:rsidP="00B33A2E">
            <w:pPr>
              <w:jc w:val="center"/>
              <w:rPr>
                <w:rFonts w:asciiTheme="majorHAnsi" w:hAnsiTheme="majorHAnsi" w:cstheme="majorHAnsi"/>
                <w:b/>
                <w:szCs w:val="18"/>
                <w:lang w:val="nb-NO"/>
              </w:rPr>
            </w:pPr>
            <w:r w:rsidRPr="003912E7">
              <w:rPr>
                <w:rFonts w:asciiTheme="majorHAnsi" w:hAnsiTheme="majorHAnsi" w:cstheme="majorHAnsi"/>
                <w:b/>
                <w:sz w:val="32"/>
                <w:szCs w:val="32"/>
                <w:lang w:val="nb-NO"/>
              </w:rPr>
              <w:t>BİLİM</w:t>
            </w:r>
            <w:r w:rsidRPr="003912E7">
              <w:rPr>
                <w:rFonts w:asciiTheme="majorHAnsi" w:hAnsiTheme="majorHAnsi" w:cstheme="majorHAnsi"/>
              </w:rPr>
              <w:fldChar w:fldCharType="begin"/>
            </w:r>
            <w:r w:rsidRPr="003912E7">
              <w:rPr>
                <w:rFonts w:asciiTheme="majorHAnsi" w:hAnsiTheme="majorHAnsi" w:cstheme="majorHAnsi"/>
                <w:lang w:val="nb-NO"/>
              </w:rPr>
              <w:instrText>HYPERLINK "http://www.fenusbilim.com/"</w:instrText>
            </w:r>
            <w:r w:rsidRPr="003912E7">
              <w:rPr>
                <w:rFonts w:asciiTheme="majorHAnsi" w:hAnsiTheme="majorHAnsi" w:cstheme="majorHAnsi"/>
              </w:rPr>
            </w:r>
            <w:r w:rsidRPr="003912E7">
              <w:rPr>
                <w:rFonts w:asciiTheme="majorHAnsi" w:hAnsiTheme="majorHAnsi" w:cstheme="majorHAnsi"/>
              </w:rPr>
              <w:fldChar w:fldCharType="separate"/>
            </w:r>
            <w:r w:rsidRPr="003912E7">
              <w:rPr>
                <w:rStyle w:val="Kpr"/>
                <w:rFonts w:asciiTheme="majorHAnsi" w:eastAsiaTheme="minorHAnsi" w:hAnsiTheme="majorHAnsi" w:cstheme="majorHAnsi"/>
                <w:b/>
                <w:sz w:val="32"/>
                <w:szCs w:val="32"/>
                <w:lang w:val="nb-NO"/>
              </w:rPr>
              <w:t>,</w:t>
            </w:r>
            <w:r w:rsidRPr="003912E7">
              <w:rPr>
                <w:rFonts w:asciiTheme="majorHAnsi" w:hAnsiTheme="majorHAnsi" w:cstheme="majorHAnsi"/>
              </w:rPr>
              <w:fldChar w:fldCharType="end"/>
            </w:r>
            <w:r w:rsidRPr="003912E7">
              <w:rPr>
                <w:rFonts w:asciiTheme="majorHAnsi" w:hAnsiTheme="majorHAnsi" w:cstheme="majorHAnsi"/>
                <w:b/>
                <w:sz w:val="32"/>
                <w:szCs w:val="32"/>
                <w:lang w:val="nb-NO"/>
              </w:rPr>
              <w:t xml:space="preserve"> FEN VE TEKNOLOJİ KULÜBÜ YILLIK PLANI</w:t>
            </w:r>
          </w:p>
        </w:tc>
      </w:tr>
      <w:tr w:rsidR="007C7393" w:rsidRPr="003912E7" w14:paraId="2D490C2F" w14:textId="77777777" w:rsidTr="003912E7">
        <w:tc>
          <w:tcPr>
            <w:tcW w:w="959" w:type="dxa"/>
            <w:vAlign w:val="center"/>
          </w:tcPr>
          <w:p w14:paraId="007DBAD9" w14:textId="77777777" w:rsidR="007C7393" w:rsidRPr="003912E7" w:rsidRDefault="00F24C6A" w:rsidP="00B33A2E">
            <w:pPr>
              <w:rPr>
                <w:rFonts w:asciiTheme="majorHAnsi" w:hAnsiTheme="majorHAnsi" w:cstheme="majorHAnsi"/>
                <w:szCs w:val="18"/>
              </w:rPr>
            </w:pPr>
            <w:proofErr w:type="spellStart"/>
            <w:r w:rsidRPr="003912E7">
              <w:rPr>
                <w:rFonts w:asciiTheme="majorHAnsi" w:hAnsiTheme="majorHAnsi" w:cstheme="majorHAnsi"/>
                <w:b/>
                <w:szCs w:val="18"/>
              </w:rPr>
              <w:t>Hafta</w:t>
            </w:r>
            <w:proofErr w:type="spellEnd"/>
          </w:p>
        </w:tc>
        <w:tc>
          <w:tcPr>
            <w:tcW w:w="1559" w:type="dxa"/>
            <w:vAlign w:val="center"/>
          </w:tcPr>
          <w:p w14:paraId="7275CBF4" w14:textId="77777777" w:rsidR="007C7393" w:rsidRPr="003912E7" w:rsidRDefault="00F24C6A" w:rsidP="00B33A2E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b/>
                <w:szCs w:val="18"/>
              </w:rPr>
              <w:t>Tarih</w:t>
            </w:r>
          </w:p>
        </w:tc>
        <w:tc>
          <w:tcPr>
            <w:tcW w:w="3260" w:type="dxa"/>
            <w:vAlign w:val="center"/>
          </w:tcPr>
          <w:p w14:paraId="2C1E4787" w14:textId="77777777" w:rsidR="007C7393" w:rsidRPr="003912E7" w:rsidRDefault="00F24C6A" w:rsidP="00B33A2E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b/>
                <w:szCs w:val="18"/>
              </w:rPr>
              <w:t xml:space="preserve">Alt </w:t>
            </w:r>
            <w:proofErr w:type="spellStart"/>
            <w:r w:rsidRPr="003912E7">
              <w:rPr>
                <w:rFonts w:asciiTheme="majorHAnsi" w:hAnsiTheme="majorHAnsi" w:cstheme="majorHAnsi"/>
                <w:b/>
                <w:szCs w:val="18"/>
              </w:rPr>
              <w:t>Hedef</w:t>
            </w:r>
            <w:proofErr w:type="spellEnd"/>
          </w:p>
        </w:tc>
        <w:tc>
          <w:tcPr>
            <w:tcW w:w="1276" w:type="dxa"/>
            <w:vAlign w:val="center"/>
          </w:tcPr>
          <w:p w14:paraId="20AADD09" w14:textId="77777777" w:rsidR="007C7393" w:rsidRPr="003912E7" w:rsidRDefault="00F24C6A" w:rsidP="00B33A2E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b/>
                <w:szCs w:val="18"/>
              </w:rPr>
              <w:t>Tema</w:t>
            </w:r>
          </w:p>
        </w:tc>
        <w:tc>
          <w:tcPr>
            <w:tcW w:w="4001" w:type="dxa"/>
            <w:vAlign w:val="center"/>
          </w:tcPr>
          <w:p w14:paraId="55EE77B0" w14:textId="77777777" w:rsidR="007C7393" w:rsidRPr="003912E7" w:rsidRDefault="00F24C6A" w:rsidP="00B33A2E">
            <w:pPr>
              <w:rPr>
                <w:rFonts w:asciiTheme="majorHAnsi" w:hAnsiTheme="majorHAnsi" w:cstheme="majorHAnsi"/>
                <w:szCs w:val="18"/>
              </w:rPr>
            </w:pPr>
            <w:proofErr w:type="spellStart"/>
            <w:r w:rsidRPr="003912E7">
              <w:rPr>
                <w:rFonts w:asciiTheme="majorHAnsi" w:hAnsiTheme="majorHAnsi" w:cstheme="majorHAnsi"/>
                <w:b/>
                <w:szCs w:val="18"/>
              </w:rPr>
              <w:t>Etkinlik</w:t>
            </w:r>
            <w:proofErr w:type="spellEnd"/>
            <w:r w:rsidRPr="003912E7">
              <w:rPr>
                <w:rFonts w:asciiTheme="majorHAnsi" w:hAnsiTheme="majorHAnsi" w:cstheme="majorHAnsi"/>
                <w:b/>
                <w:szCs w:val="18"/>
              </w:rPr>
              <w:t xml:space="preserve"> / </w:t>
            </w:r>
            <w:proofErr w:type="spellStart"/>
            <w:r w:rsidRPr="003912E7">
              <w:rPr>
                <w:rFonts w:asciiTheme="majorHAnsi" w:hAnsiTheme="majorHAnsi" w:cstheme="majorHAnsi"/>
                <w:b/>
                <w:szCs w:val="18"/>
              </w:rPr>
              <w:t>Çalışma</w:t>
            </w:r>
            <w:proofErr w:type="spellEnd"/>
          </w:p>
        </w:tc>
        <w:tc>
          <w:tcPr>
            <w:tcW w:w="2211" w:type="dxa"/>
            <w:vAlign w:val="center"/>
          </w:tcPr>
          <w:p w14:paraId="3872777A" w14:textId="77777777" w:rsidR="007C7393" w:rsidRPr="003912E7" w:rsidRDefault="00F24C6A" w:rsidP="00B33A2E">
            <w:pPr>
              <w:rPr>
                <w:rFonts w:asciiTheme="majorHAnsi" w:hAnsiTheme="majorHAnsi" w:cstheme="majorHAnsi"/>
                <w:szCs w:val="18"/>
              </w:rPr>
            </w:pPr>
            <w:proofErr w:type="spellStart"/>
            <w:r w:rsidRPr="003912E7">
              <w:rPr>
                <w:rFonts w:asciiTheme="majorHAnsi" w:hAnsiTheme="majorHAnsi" w:cstheme="majorHAnsi"/>
                <w:b/>
                <w:szCs w:val="18"/>
              </w:rPr>
              <w:t>Kavram</w:t>
            </w:r>
            <w:proofErr w:type="spellEnd"/>
            <w:r w:rsidRPr="003912E7">
              <w:rPr>
                <w:rFonts w:asciiTheme="majorHAnsi" w:hAnsiTheme="majorHAnsi" w:cstheme="majorHAnsi"/>
                <w:b/>
                <w:szCs w:val="18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  <w:b/>
                <w:szCs w:val="18"/>
              </w:rPr>
              <w:t>ve</w:t>
            </w:r>
            <w:proofErr w:type="spellEnd"/>
            <w:r w:rsidRPr="003912E7">
              <w:rPr>
                <w:rFonts w:asciiTheme="majorHAnsi" w:hAnsiTheme="majorHAnsi" w:cstheme="majorHAnsi"/>
                <w:b/>
                <w:szCs w:val="18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  <w:b/>
                <w:szCs w:val="18"/>
              </w:rPr>
              <w:t>Beceri</w:t>
            </w:r>
            <w:proofErr w:type="spellEnd"/>
            <w:r w:rsidRPr="003912E7">
              <w:rPr>
                <w:rFonts w:asciiTheme="majorHAnsi" w:hAnsiTheme="majorHAnsi" w:cstheme="majorHAnsi"/>
                <w:b/>
                <w:szCs w:val="18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  <w:b/>
                <w:szCs w:val="18"/>
              </w:rPr>
              <w:t>Odağı</w:t>
            </w:r>
            <w:proofErr w:type="spellEnd"/>
          </w:p>
        </w:tc>
        <w:tc>
          <w:tcPr>
            <w:tcW w:w="2211" w:type="dxa"/>
            <w:vAlign w:val="center"/>
          </w:tcPr>
          <w:p w14:paraId="1A5E4350" w14:textId="77777777" w:rsidR="007C7393" w:rsidRPr="003912E7" w:rsidRDefault="00F24C6A" w:rsidP="00B33A2E">
            <w:pPr>
              <w:rPr>
                <w:rFonts w:asciiTheme="majorHAnsi" w:hAnsiTheme="majorHAnsi" w:cstheme="majorHAnsi"/>
                <w:szCs w:val="18"/>
              </w:rPr>
            </w:pPr>
            <w:proofErr w:type="spellStart"/>
            <w:r w:rsidRPr="003912E7">
              <w:rPr>
                <w:rFonts w:asciiTheme="majorHAnsi" w:hAnsiTheme="majorHAnsi" w:cstheme="majorHAnsi"/>
                <w:b/>
                <w:szCs w:val="18"/>
              </w:rPr>
              <w:t>Ürün</w:t>
            </w:r>
            <w:proofErr w:type="spellEnd"/>
            <w:r w:rsidRPr="003912E7">
              <w:rPr>
                <w:rFonts w:asciiTheme="majorHAnsi" w:hAnsiTheme="majorHAnsi" w:cstheme="majorHAnsi"/>
                <w:b/>
                <w:szCs w:val="18"/>
              </w:rPr>
              <w:t xml:space="preserve"> / </w:t>
            </w:r>
            <w:proofErr w:type="spellStart"/>
            <w:r w:rsidRPr="003912E7">
              <w:rPr>
                <w:rFonts w:asciiTheme="majorHAnsi" w:hAnsiTheme="majorHAnsi" w:cstheme="majorHAnsi"/>
                <w:b/>
                <w:szCs w:val="18"/>
              </w:rPr>
              <w:t>Değerlendirme</w:t>
            </w:r>
            <w:proofErr w:type="spellEnd"/>
          </w:p>
        </w:tc>
      </w:tr>
      <w:tr w:rsidR="00A82186" w:rsidRPr="003912E7" w14:paraId="42CE99AE" w14:textId="77777777" w:rsidTr="003912E7">
        <w:trPr>
          <w:cantSplit/>
        </w:trPr>
        <w:tc>
          <w:tcPr>
            <w:tcW w:w="959" w:type="dxa"/>
            <w:vAlign w:val="center"/>
          </w:tcPr>
          <w:p w14:paraId="666542C9" w14:textId="77777777" w:rsidR="00A82186" w:rsidRPr="003912E7" w:rsidRDefault="00A82186" w:rsidP="00A82186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b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14:paraId="55BFFF72" w14:textId="77777777" w:rsidR="00A82186" w:rsidRPr="003912E7" w:rsidRDefault="00A82186" w:rsidP="00A82186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14.09.2026</w:t>
            </w:r>
            <w:r w:rsidRPr="003912E7">
              <w:rPr>
                <w:rFonts w:asciiTheme="majorHAnsi" w:hAnsiTheme="majorHAnsi" w:cstheme="majorHAnsi"/>
                <w:szCs w:val="18"/>
              </w:rPr>
              <w:br/>
              <w:t>18.09.2026</w:t>
            </w:r>
          </w:p>
        </w:tc>
        <w:tc>
          <w:tcPr>
            <w:tcW w:w="3260" w:type="dxa"/>
          </w:tcPr>
          <w:p w14:paraId="41B79DDE" w14:textId="61ABCBA7" w:rsidR="00A82186" w:rsidRPr="003912E7" w:rsidRDefault="00A82186" w:rsidP="00A82186">
            <w:pPr>
              <w:rPr>
                <w:rFonts w:asciiTheme="majorHAnsi" w:hAnsiTheme="majorHAnsi" w:cstheme="majorHAnsi"/>
                <w:szCs w:val="18"/>
                <w:lang w:val="nb-NO"/>
              </w:rPr>
            </w:pPr>
            <w:r w:rsidRPr="003912E7">
              <w:rPr>
                <w:rFonts w:asciiTheme="majorHAnsi" w:hAnsiTheme="majorHAnsi" w:cstheme="majorHAnsi"/>
                <w:b/>
                <w:szCs w:val="18"/>
                <w:lang w:val="nb-NO"/>
              </w:rPr>
              <w:t>B.4(</w:t>
            </w:r>
            <w:r w:rsidRPr="003912E7">
              <w:rPr>
                <w:rFonts w:asciiTheme="majorHAnsi" w:hAnsiTheme="majorHAnsi" w:cstheme="majorHAnsi"/>
                <w:lang w:val="nb-NO"/>
              </w:rPr>
              <w:t>Analitik ve eleştirel düşünme becerilerini geliştirme.</w:t>
            </w:r>
            <w:r w:rsidRPr="003912E7">
              <w:rPr>
                <w:rFonts w:asciiTheme="majorHAnsi" w:hAnsiTheme="majorHAnsi" w:cstheme="majorHAnsi"/>
                <w:szCs w:val="18"/>
                <w:lang w:val="nb-NO"/>
              </w:rPr>
              <w:t>)</w:t>
            </w:r>
          </w:p>
        </w:tc>
        <w:tc>
          <w:tcPr>
            <w:tcW w:w="1276" w:type="dxa"/>
            <w:vAlign w:val="center"/>
          </w:tcPr>
          <w:p w14:paraId="3C30253D" w14:textId="77777777" w:rsidR="00A82186" w:rsidRPr="003912E7" w:rsidRDefault="00A82186" w:rsidP="00A82186">
            <w:pPr>
              <w:rPr>
                <w:rFonts w:asciiTheme="majorHAnsi" w:hAnsiTheme="majorHAnsi" w:cstheme="majorHAnsi"/>
                <w:szCs w:val="18"/>
              </w:rPr>
            </w:pP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Bilim</w:t>
            </w:r>
            <w:proofErr w:type="spellEnd"/>
          </w:p>
        </w:tc>
        <w:tc>
          <w:tcPr>
            <w:tcW w:w="4001" w:type="dxa"/>
            <w:vAlign w:val="center"/>
          </w:tcPr>
          <w:p w14:paraId="1E117BF7" w14:textId="77777777" w:rsidR="00A82186" w:rsidRPr="003912E7" w:rsidRDefault="00A82186" w:rsidP="00A82186">
            <w:pPr>
              <w:rPr>
                <w:rFonts w:asciiTheme="majorHAnsi" w:hAnsiTheme="majorHAnsi" w:cstheme="majorHAnsi"/>
                <w:szCs w:val="18"/>
              </w:rPr>
            </w:pP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Kulüp</w:t>
            </w:r>
            <w:proofErr w:type="spellEnd"/>
            <w:r w:rsidRPr="003912E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tanışması</w:t>
            </w:r>
            <w:proofErr w:type="spellEnd"/>
            <w:r w:rsidRPr="003912E7">
              <w:rPr>
                <w:rFonts w:asciiTheme="majorHAnsi" w:hAnsiTheme="majorHAnsi" w:cstheme="majorHAnsi"/>
                <w:szCs w:val="18"/>
              </w:rPr>
              <w:t xml:space="preserve">, </w:t>
            </w: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amaçların</w:t>
            </w:r>
            <w:proofErr w:type="spellEnd"/>
            <w:r w:rsidRPr="003912E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belirlenmesi</w:t>
            </w:r>
            <w:proofErr w:type="spellEnd"/>
            <w:r w:rsidRPr="003912E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ve</w:t>
            </w:r>
            <w:proofErr w:type="spellEnd"/>
            <w:r w:rsidRPr="003912E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bilimsel</w:t>
            </w:r>
            <w:proofErr w:type="spellEnd"/>
            <w:r w:rsidRPr="003912E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düşünme</w:t>
            </w:r>
            <w:proofErr w:type="spellEnd"/>
            <w:r w:rsidRPr="003912E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başlangıç</w:t>
            </w:r>
            <w:proofErr w:type="spellEnd"/>
            <w:r w:rsidRPr="003912E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etkinliği</w:t>
            </w:r>
            <w:proofErr w:type="spellEnd"/>
          </w:p>
        </w:tc>
        <w:tc>
          <w:tcPr>
            <w:tcW w:w="2211" w:type="dxa"/>
            <w:vAlign w:val="center"/>
          </w:tcPr>
          <w:p w14:paraId="1FCD6E4D" w14:textId="77777777" w:rsidR="00A82186" w:rsidRPr="003912E7" w:rsidRDefault="00A82186" w:rsidP="00A82186">
            <w:pPr>
              <w:rPr>
                <w:rFonts w:asciiTheme="majorHAnsi" w:hAnsiTheme="majorHAnsi" w:cstheme="majorHAnsi"/>
                <w:szCs w:val="18"/>
              </w:rPr>
            </w:pP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Bilimsel</w:t>
            </w:r>
            <w:proofErr w:type="spellEnd"/>
            <w:r w:rsidRPr="003912E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tutum</w:t>
            </w:r>
            <w:proofErr w:type="spellEnd"/>
            <w:r w:rsidRPr="003912E7">
              <w:rPr>
                <w:rFonts w:asciiTheme="majorHAnsi" w:hAnsiTheme="majorHAnsi" w:cstheme="majorHAnsi"/>
                <w:szCs w:val="18"/>
              </w:rPr>
              <w:t xml:space="preserve">, </w:t>
            </w: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sorgulama</w:t>
            </w:r>
            <w:proofErr w:type="spellEnd"/>
          </w:p>
        </w:tc>
        <w:tc>
          <w:tcPr>
            <w:tcW w:w="2211" w:type="dxa"/>
            <w:vAlign w:val="center"/>
          </w:tcPr>
          <w:p w14:paraId="270D42F6" w14:textId="77777777" w:rsidR="00A82186" w:rsidRPr="003912E7" w:rsidRDefault="00A82186" w:rsidP="00A82186">
            <w:pPr>
              <w:rPr>
                <w:rFonts w:asciiTheme="majorHAnsi" w:hAnsiTheme="majorHAnsi" w:cstheme="majorHAnsi"/>
                <w:szCs w:val="18"/>
              </w:rPr>
            </w:pP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Ön</w:t>
            </w:r>
            <w:proofErr w:type="spellEnd"/>
            <w:r w:rsidRPr="003912E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değerlendirme</w:t>
            </w:r>
            <w:proofErr w:type="spellEnd"/>
          </w:p>
        </w:tc>
      </w:tr>
      <w:tr w:rsidR="00A82186" w:rsidRPr="003912E7" w14:paraId="7C081262" w14:textId="77777777" w:rsidTr="003912E7">
        <w:trPr>
          <w:cantSplit/>
        </w:trPr>
        <w:tc>
          <w:tcPr>
            <w:tcW w:w="959" w:type="dxa"/>
            <w:vAlign w:val="center"/>
          </w:tcPr>
          <w:p w14:paraId="0AEA788A" w14:textId="77777777" w:rsidR="00A82186" w:rsidRPr="003912E7" w:rsidRDefault="00A82186" w:rsidP="00A82186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b/>
                <w:szCs w:val="18"/>
              </w:rPr>
              <w:t>2</w:t>
            </w:r>
          </w:p>
        </w:tc>
        <w:tc>
          <w:tcPr>
            <w:tcW w:w="1559" w:type="dxa"/>
            <w:vAlign w:val="center"/>
          </w:tcPr>
          <w:p w14:paraId="601EEED1" w14:textId="77777777" w:rsidR="00A82186" w:rsidRPr="003912E7" w:rsidRDefault="00A82186" w:rsidP="00A82186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21.09.2026</w:t>
            </w:r>
            <w:r w:rsidRPr="003912E7">
              <w:rPr>
                <w:rFonts w:asciiTheme="majorHAnsi" w:hAnsiTheme="majorHAnsi" w:cstheme="majorHAnsi"/>
                <w:szCs w:val="18"/>
              </w:rPr>
              <w:br/>
              <w:t>25.09.2026</w:t>
            </w:r>
          </w:p>
        </w:tc>
        <w:tc>
          <w:tcPr>
            <w:tcW w:w="3260" w:type="dxa"/>
          </w:tcPr>
          <w:p w14:paraId="1DBCB9F8" w14:textId="144B08B7" w:rsidR="00A82186" w:rsidRPr="003912E7" w:rsidRDefault="00A82186" w:rsidP="00A82186">
            <w:pPr>
              <w:rPr>
                <w:rFonts w:asciiTheme="majorHAnsi" w:hAnsiTheme="majorHAnsi" w:cstheme="majorHAnsi"/>
                <w:szCs w:val="18"/>
                <w:lang w:val="nb-NO"/>
              </w:rPr>
            </w:pPr>
            <w:r w:rsidRPr="003912E7">
              <w:rPr>
                <w:rFonts w:asciiTheme="majorHAnsi" w:hAnsiTheme="majorHAnsi" w:cstheme="majorHAnsi"/>
                <w:b/>
                <w:szCs w:val="18"/>
                <w:lang w:val="nb-NO"/>
              </w:rPr>
              <w:t>B.4(</w:t>
            </w:r>
            <w:r w:rsidRPr="003912E7">
              <w:rPr>
                <w:rFonts w:asciiTheme="majorHAnsi" w:hAnsiTheme="majorHAnsi" w:cstheme="majorHAnsi"/>
                <w:lang w:val="nb-NO"/>
              </w:rPr>
              <w:t>Analitik ve eleştirel düşünme becerilerini geliştirme.</w:t>
            </w:r>
            <w:r w:rsidRPr="003912E7">
              <w:rPr>
                <w:rFonts w:asciiTheme="majorHAnsi" w:hAnsiTheme="majorHAnsi" w:cstheme="majorHAnsi"/>
                <w:szCs w:val="18"/>
                <w:lang w:val="nb-NO"/>
              </w:rPr>
              <w:t>)</w:t>
            </w:r>
          </w:p>
        </w:tc>
        <w:tc>
          <w:tcPr>
            <w:tcW w:w="1276" w:type="dxa"/>
            <w:vAlign w:val="center"/>
          </w:tcPr>
          <w:p w14:paraId="6C37241A" w14:textId="77777777" w:rsidR="00A82186" w:rsidRPr="003912E7" w:rsidRDefault="00A82186" w:rsidP="00A82186">
            <w:pPr>
              <w:rPr>
                <w:rFonts w:asciiTheme="majorHAnsi" w:hAnsiTheme="majorHAnsi" w:cstheme="majorHAnsi"/>
                <w:szCs w:val="18"/>
              </w:rPr>
            </w:pP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Bilim</w:t>
            </w:r>
            <w:proofErr w:type="spellEnd"/>
          </w:p>
        </w:tc>
        <w:tc>
          <w:tcPr>
            <w:tcW w:w="4001" w:type="dxa"/>
            <w:vAlign w:val="center"/>
          </w:tcPr>
          <w:p w14:paraId="1A70DE74" w14:textId="77777777" w:rsidR="00A82186" w:rsidRPr="003912E7" w:rsidRDefault="00A82186" w:rsidP="00A82186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 xml:space="preserve">Problem </w:t>
            </w: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çözme</w:t>
            </w:r>
            <w:proofErr w:type="spellEnd"/>
            <w:r w:rsidRPr="003912E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ve</w:t>
            </w:r>
            <w:proofErr w:type="spellEnd"/>
            <w:r w:rsidRPr="003912E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mantık</w:t>
            </w:r>
            <w:proofErr w:type="spellEnd"/>
            <w:r w:rsidRPr="003912E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oyunları</w:t>
            </w:r>
            <w:proofErr w:type="spellEnd"/>
            <w:r w:rsidRPr="003912E7">
              <w:rPr>
                <w:rFonts w:asciiTheme="majorHAnsi" w:hAnsiTheme="majorHAnsi" w:cstheme="majorHAnsi"/>
                <w:szCs w:val="18"/>
              </w:rPr>
              <w:t xml:space="preserve">: </w:t>
            </w: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kanıt</w:t>
            </w:r>
            <w:proofErr w:type="spellEnd"/>
            <w:r w:rsidRPr="003912E7">
              <w:rPr>
                <w:rFonts w:asciiTheme="majorHAnsi" w:hAnsiTheme="majorHAnsi" w:cstheme="majorHAnsi"/>
                <w:szCs w:val="18"/>
              </w:rPr>
              <w:t xml:space="preserve">, </w:t>
            </w: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tahmin</w:t>
            </w:r>
            <w:proofErr w:type="spellEnd"/>
            <w:r w:rsidRPr="003912E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ve</w:t>
            </w:r>
            <w:proofErr w:type="spellEnd"/>
            <w:r w:rsidRPr="003912E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çıkarım</w:t>
            </w:r>
            <w:proofErr w:type="spellEnd"/>
          </w:p>
        </w:tc>
        <w:tc>
          <w:tcPr>
            <w:tcW w:w="2211" w:type="dxa"/>
            <w:vAlign w:val="center"/>
          </w:tcPr>
          <w:p w14:paraId="7712B5EB" w14:textId="77777777" w:rsidR="00A82186" w:rsidRPr="003912E7" w:rsidRDefault="00A82186" w:rsidP="00A82186">
            <w:pPr>
              <w:rPr>
                <w:rFonts w:asciiTheme="majorHAnsi" w:hAnsiTheme="majorHAnsi" w:cstheme="majorHAnsi"/>
                <w:szCs w:val="18"/>
              </w:rPr>
            </w:pP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Analitik</w:t>
            </w:r>
            <w:proofErr w:type="spellEnd"/>
            <w:r w:rsidRPr="003912E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düşünme</w:t>
            </w:r>
            <w:proofErr w:type="spellEnd"/>
          </w:p>
        </w:tc>
        <w:tc>
          <w:tcPr>
            <w:tcW w:w="2211" w:type="dxa"/>
            <w:vAlign w:val="center"/>
          </w:tcPr>
          <w:p w14:paraId="23D9F7E7" w14:textId="77777777" w:rsidR="00A82186" w:rsidRPr="003912E7" w:rsidRDefault="00A82186" w:rsidP="00A82186">
            <w:pPr>
              <w:rPr>
                <w:rFonts w:asciiTheme="majorHAnsi" w:hAnsiTheme="majorHAnsi" w:cstheme="majorHAnsi"/>
                <w:szCs w:val="18"/>
              </w:rPr>
            </w:pP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Çalışma</w:t>
            </w:r>
            <w:proofErr w:type="spellEnd"/>
            <w:r w:rsidRPr="003912E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kâğıdı</w:t>
            </w:r>
            <w:proofErr w:type="spellEnd"/>
          </w:p>
        </w:tc>
      </w:tr>
      <w:tr w:rsidR="00A82186" w:rsidRPr="003912E7" w14:paraId="56DE1814" w14:textId="77777777" w:rsidTr="003912E7">
        <w:trPr>
          <w:cantSplit/>
        </w:trPr>
        <w:tc>
          <w:tcPr>
            <w:tcW w:w="959" w:type="dxa"/>
            <w:vAlign w:val="center"/>
          </w:tcPr>
          <w:p w14:paraId="5CB64604" w14:textId="77777777" w:rsidR="00A82186" w:rsidRPr="003912E7" w:rsidRDefault="00A82186" w:rsidP="00A82186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b/>
                <w:szCs w:val="18"/>
              </w:rPr>
              <w:t>3</w:t>
            </w:r>
          </w:p>
        </w:tc>
        <w:tc>
          <w:tcPr>
            <w:tcW w:w="1559" w:type="dxa"/>
            <w:vAlign w:val="center"/>
          </w:tcPr>
          <w:p w14:paraId="57A8F094" w14:textId="77777777" w:rsidR="00A82186" w:rsidRPr="003912E7" w:rsidRDefault="00A82186" w:rsidP="00A82186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28.09.2026</w:t>
            </w:r>
            <w:r w:rsidRPr="003912E7">
              <w:rPr>
                <w:rFonts w:asciiTheme="majorHAnsi" w:hAnsiTheme="majorHAnsi" w:cstheme="majorHAnsi"/>
                <w:szCs w:val="18"/>
              </w:rPr>
              <w:br/>
              <w:t>02.10.2026</w:t>
            </w:r>
          </w:p>
        </w:tc>
        <w:tc>
          <w:tcPr>
            <w:tcW w:w="3260" w:type="dxa"/>
          </w:tcPr>
          <w:p w14:paraId="0722318A" w14:textId="3BB6D694" w:rsidR="00A82186" w:rsidRPr="003912E7" w:rsidRDefault="00A82186" w:rsidP="00A82186">
            <w:pPr>
              <w:rPr>
                <w:rFonts w:asciiTheme="majorHAnsi" w:hAnsiTheme="majorHAnsi" w:cstheme="majorHAnsi"/>
                <w:szCs w:val="18"/>
                <w:lang w:val="nb-NO"/>
              </w:rPr>
            </w:pPr>
            <w:r w:rsidRPr="003912E7">
              <w:rPr>
                <w:rFonts w:asciiTheme="majorHAnsi" w:hAnsiTheme="majorHAnsi" w:cstheme="majorHAnsi"/>
                <w:b/>
                <w:szCs w:val="18"/>
                <w:lang w:val="nb-NO"/>
              </w:rPr>
              <w:t>B.4(</w:t>
            </w:r>
            <w:r w:rsidRPr="003912E7">
              <w:rPr>
                <w:rFonts w:asciiTheme="majorHAnsi" w:hAnsiTheme="majorHAnsi" w:cstheme="majorHAnsi"/>
                <w:lang w:val="nb-NO"/>
              </w:rPr>
              <w:t>Analitik ve eleştirel düşünme becerilerini geliştirme.</w:t>
            </w:r>
            <w:r w:rsidRPr="003912E7">
              <w:rPr>
                <w:rFonts w:asciiTheme="majorHAnsi" w:hAnsiTheme="majorHAnsi" w:cstheme="majorHAnsi"/>
                <w:szCs w:val="18"/>
                <w:lang w:val="nb-NO"/>
              </w:rPr>
              <w:t>)</w:t>
            </w:r>
          </w:p>
        </w:tc>
        <w:tc>
          <w:tcPr>
            <w:tcW w:w="1276" w:type="dxa"/>
            <w:vAlign w:val="center"/>
          </w:tcPr>
          <w:p w14:paraId="45D33175" w14:textId="77777777" w:rsidR="00A82186" w:rsidRPr="003912E7" w:rsidRDefault="00A82186" w:rsidP="00A82186">
            <w:pPr>
              <w:rPr>
                <w:rFonts w:asciiTheme="majorHAnsi" w:hAnsiTheme="majorHAnsi" w:cstheme="majorHAnsi"/>
                <w:szCs w:val="18"/>
              </w:rPr>
            </w:pP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Bilim</w:t>
            </w:r>
            <w:proofErr w:type="spellEnd"/>
          </w:p>
        </w:tc>
        <w:tc>
          <w:tcPr>
            <w:tcW w:w="4001" w:type="dxa"/>
            <w:vAlign w:val="center"/>
          </w:tcPr>
          <w:p w14:paraId="521D236E" w14:textId="77777777" w:rsidR="00A82186" w:rsidRPr="003912E7" w:rsidRDefault="00A82186" w:rsidP="00A82186">
            <w:pPr>
              <w:rPr>
                <w:rFonts w:asciiTheme="majorHAnsi" w:hAnsiTheme="majorHAnsi" w:cstheme="majorHAnsi"/>
                <w:szCs w:val="18"/>
                <w:lang w:val="nb-NO"/>
              </w:rPr>
            </w:pPr>
            <w:r w:rsidRPr="003912E7">
              <w:rPr>
                <w:rFonts w:asciiTheme="majorHAnsi" w:hAnsiTheme="majorHAnsi" w:cstheme="majorHAnsi"/>
                <w:szCs w:val="18"/>
                <w:lang w:val="nb-NO"/>
              </w:rPr>
              <w:t>Veriyi İnceliyorum: tablo ve grafiklerden ilişki bulma</w:t>
            </w:r>
          </w:p>
        </w:tc>
        <w:tc>
          <w:tcPr>
            <w:tcW w:w="2211" w:type="dxa"/>
            <w:vAlign w:val="center"/>
          </w:tcPr>
          <w:p w14:paraId="42E50934" w14:textId="77777777" w:rsidR="00A82186" w:rsidRPr="003912E7" w:rsidRDefault="00A82186" w:rsidP="00A82186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 xml:space="preserve">Veri </w:t>
            </w: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yorumlama</w:t>
            </w:r>
            <w:proofErr w:type="spellEnd"/>
          </w:p>
        </w:tc>
        <w:tc>
          <w:tcPr>
            <w:tcW w:w="2211" w:type="dxa"/>
            <w:vAlign w:val="center"/>
          </w:tcPr>
          <w:p w14:paraId="679EEC5A" w14:textId="77777777" w:rsidR="00A82186" w:rsidRPr="003912E7" w:rsidRDefault="00A82186" w:rsidP="00A82186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 xml:space="preserve">Veri </w:t>
            </w: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analizi</w:t>
            </w:r>
            <w:proofErr w:type="spellEnd"/>
            <w:r w:rsidRPr="003912E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formu</w:t>
            </w:r>
            <w:proofErr w:type="spellEnd"/>
          </w:p>
        </w:tc>
      </w:tr>
      <w:tr w:rsidR="00A82186" w:rsidRPr="003912E7" w14:paraId="02D371C7" w14:textId="77777777" w:rsidTr="003912E7">
        <w:trPr>
          <w:cantSplit/>
        </w:trPr>
        <w:tc>
          <w:tcPr>
            <w:tcW w:w="959" w:type="dxa"/>
            <w:vAlign w:val="center"/>
          </w:tcPr>
          <w:p w14:paraId="214E99E0" w14:textId="77777777" w:rsidR="00A82186" w:rsidRPr="003912E7" w:rsidRDefault="00A82186" w:rsidP="00A82186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b/>
                <w:szCs w:val="18"/>
              </w:rPr>
              <w:t>4</w:t>
            </w:r>
          </w:p>
        </w:tc>
        <w:tc>
          <w:tcPr>
            <w:tcW w:w="1559" w:type="dxa"/>
            <w:vAlign w:val="center"/>
          </w:tcPr>
          <w:p w14:paraId="5F71DB59" w14:textId="77777777" w:rsidR="00A82186" w:rsidRPr="003912E7" w:rsidRDefault="00A82186" w:rsidP="00A82186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05.10.2026</w:t>
            </w:r>
            <w:r w:rsidRPr="003912E7">
              <w:rPr>
                <w:rFonts w:asciiTheme="majorHAnsi" w:hAnsiTheme="majorHAnsi" w:cstheme="majorHAnsi"/>
                <w:szCs w:val="18"/>
              </w:rPr>
              <w:br/>
              <w:t>09.10.2026</w:t>
            </w:r>
          </w:p>
        </w:tc>
        <w:tc>
          <w:tcPr>
            <w:tcW w:w="3260" w:type="dxa"/>
          </w:tcPr>
          <w:p w14:paraId="2DF8CF48" w14:textId="31684902" w:rsidR="00A82186" w:rsidRPr="003912E7" w:rsidRDefault="00A82186" w:rsidP="00A82186">
            <w:pPr>
              <w:rPr>
                <w:rFonts w:asciiTheme="majorHAnsi" w:hAnsiTheme="majorHAnsi" w:cstheme="majorHAnsi"/>
                <w:szCs w:val="18"/>
                <w:lang w:val="nb-NO"/>
              </w:rPr>
            </w:pPr>
            <w:r w:rsidRPr="003912E7">
              <w:rPr>
                <w:rFonts w:asciiTheme="majorHAnsi" w:hAnsiTheme="majorHAnsi" w:cstheme="majorHAnsi"/>
                <w:b/>
                <w:szCs w:val="18"/>
                <w:lang w:val="nb-NO"/>
              </w:rPr>
              <w:t>B.4(</w:t>
            </w:r>
            <w:r w:rsidRPr="003912E7">
              <w:rPr>
                <w:rFonts w:asciiTheme="majorHAnsi" w:hAnsiTheme="majorHAnsi" w:cstheme="majorHAnsi"/>
                <w:lang w:val="nb-NO"/>
              </w:rPr>
              <w:t>Analitik ve eleştirel düşünme becerilerini geliştirme.</w:t>
            </w:r>
            <w:r w:rsidRPr="003912E7">
              <w:rPr>
                <w:rFonts w:asciiTheme="majorHAnsi" w:hAnsiTheme="majorHAnsi" w:cstheme="majorHAnsi"/>
                <w:szCs w:val="18"/>
                <w:lang w:val="nb-NO"/>
              </w:rPr>
              <w:t>)</w:t>
            </w:r>
          </w:p>
        </w:tc>
        <w:tc>
          <w:tcPr>
            <w:tcW w:w="1276" w:type="dxa"/>
            <w:vAlign w:val="center"/>
          </w:tcPr>
          <w:p w14:paraId="3D34D0DA" w14:textId="77777777" w:rsidR="00A82186" w:rsidRPr="003912E7" w:rsidRDefault="00A82186" w:rsidP="00A82186">
            <w:pPr>
              <w:rPr>
                <w:rFonts w:asciiTheme="majorHAnsi" w:hAnsiTheme="majorHAnsi" w:cstheme="majorHAnsi"/>
                <w:szCs w:val="18"/>
              </w:rPr>
            </w:pP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Bilim</w:t>
            </w:r>
            <w:proofErr w:type="spellEnd"/>
          </w:p>
        </w:tc>
        <w:tc>
          <w:tcPr>
            <w:tcW w:w="4001" w:type="dxa"/>
            <w:vAlign w:val="center"/>
          </w:tcPr>
          <w:p w14:paraId="2E3D10EA" w14:textId="77777777" w:rsidR="00A82186" w:rsidRPr="003912E7" w:rsidRDefault="00A82186" w:rsidP="00A82186">
            <w:pPr>
              <w:rPr>
                <w:rFonts w:asciiTheme="majorHAnsi" w:hAnsiTheme="majorHAnsi" w:cstheme="majorHAnsi"/>
                <w:szCs w:val="18"/>
                <w:lang w:val="nb-NO"/>
              </w:rPr>
            </w:pPr>
            <w:r w:rsidRPr="003912E7">
              <w:rPr>
                <w:rFonts w:asciiTheme="majorHAnsi" w:hAnsiTheme="majorHAnsi" w:cstheme="majorHAnsi"/>
                <w:szCs w:val="18"/>
                <w:lang w:val="nb-NO"/>
              </w:rPr>
              <w:t>Kanıtla Konuşuyorum: bir iddiayı veriyle destekleme</w:t>
            </w:r>
          </w:p>
        </w:tc>
        <w:tc>
          <w:tcPr>
            <w:tcW w:w="2211" w:type="dxa"/>
            <w:vAlign w:val="center"/>
          </w:tcPr>
          <w:p w14:paraId="77BEB30D" w14:textId="77777777" w:rsidR="00A82186" w:rsidRPr="003912E7" w:rsidRDefault="00A82186" w:rsidP="00A82186">
            <w:pPr>
              <w:rPr>
                <w:rFonts w:asciiTheme="majorHAnsi" w:hAnsiTheme="majorHAnsi" w:cstheme="majorHAnsi"/>
                <w:szCs w:val="18"/>
              </w:rPr>
            </w:pP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Kanıta</w:t>
            </w:r>
            <w:proofErr w:type="spellEnd"/>
            <w:r w:rsidRPr="003912E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dayalı</w:t>
            </w:r>
            <w:proofErr w:type="spellEnd"/>
            <w:r w:rsidRPr="003912E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yaklaşım</w:t>
            </w:r>
            <w:proofErr w:type="spellEnd"/>
          </w:p>
        </w:tc>
        <w:tc>
          <w:tcPr>
            <w:tcW w:w="2211" w:type="dxa"/>
            <w:vAlign w:val="center"/>
          </w:tcPr>
          <w:p w14:paraId="69E7F5F4" w14:textId="77777777" w:rsidR="00A82186" w:rsidRPr="003912E7" w:rsidRDefault="00A82186" w:rsidP="00A82186">
            <w:pPr>
              <w:rPr>
                <w:rFonts w:asciiTheme="majorHAnsi" w:hAnsiTheme="majorHAnsi" w:cstheme="majorHAnsi"/>
                <w:szCs w:val="18"/>
              </w:rPr>
            </w:pP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Gerekçe</w:t>
            </w:r>
            <w:proofErr w:type="spellEnd"/>
            <w:r w:rsidRPr="003912E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kartları</w:t>
            </w:r>
            <w:proofErr w:type="spellEnd"/>
          </w:p>
        </w:tc>
      </w:tr>
      <w:tr w:rsidR="00A82186" w:rsidRPr="003912E7" w14:paraId="69FB9642" w14:textId="77777777" w:rsidTr="003912E7">
        <w:trPr>
          <w:cantSplit/>
        </w:trPr>
        <w:tc>
          <w:tcPr>
            <w:tcW w:w="959" w:type="dxa"/>
            <w:vAlign w:val="center"/>
          </w:tcPr>
          <w:p w14:paraId="04C0947F" w14:textId="77777777" w:rsidR="00A82186" w:rsidRPr="003912E7" w:rsidRDefault="00A82186" w:rsidP="00A82186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b/>
                <w:szCs w:val="18"/>
              </w:rPr>
              <w:t>5</w:t>
            </w:r>
          </w:p>
        </w:tc>
        <w:tc>
          <w:tcPr>
            <w:tcW w:w="1559" w:type="dxa"/>
            <w:vAlign w:val="center"/>
          </w:tcPr>
          <w:p w14:paraId="6B0D7E44" w14:textId="77777777" w:rsidR="00A82186" w:rsidRPr="003912E7" w:rsidRDefault="00A82186" w:rsidP="00A82186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12.10.2026</w:t>
            </w:r>
            <w:r w:rsidRPr="003912E7">
              <w:rPr>
                <w:rFonts w:asciiTheme="majorHAnsi" w:hAnsiTheme="majorHAnsi" w:cstheme="majorHAnsi"/>
                <w:szCs w:val="18"/>
              </w:rPr>
              <w:br/>
              <w:t>16.10.2026</w:t>
            </w:r>
          </w:p>
        </w:tc>
        <w:tc>
          <w:tcPr>
            <w:tcW w:w="3260" w:type="dxa"/>
          </w:tcPr>
          <w:p w14:paraId="7FB1D506" w14:textId="2236ECA5" w:rsidR="00A82186" w:rsidRPr="003912E7" w:rsidRDefault="00A82186" w:rsidP="00A82186">
            <w:pPr>
              <w:rPr>
                <w:rFonts w:asciiTheme="majorHAnsi" w:hAnsiTheme="majorHAnsi" w:cstheme="majorHAnsi"/>
                <w:szCs w:val="18"/>
                <w:lang w:val="nb-NO"/>
              </w:rPr>
            </w:pPr>
            <w:r w:rsidRPr="003912E7">
              <w:rPr>
                <w:rFonts w:asciiTheme="majorHAnsi" w:hAnsiTheme="majorHAnsi" w:cstheme="majorHAnsi"/>
                <w:b/>
                <w:szCs w:val="18"/>
                <w:lang w:val="nb-NO"/>
              </w:rPr>
              <w:t>B.4(</w:t>
            </w:r>
            <w:r w:rsidRPr="003912E7">
              <w:rPr>
                <w:rFonts w:asciiTheme="majorHAnsi" w:hAnsiTheme="majorHAnsi" w:cstheme="majorHAnsi"/>
                <w:lang w:val="nb-NO"/>
              </w:rPr>
              <w:t>Analitik ve eleştirel düşünme becerilerini geliştirme.</w:t>
            </w:r>
            <w:r w:rsidRPr="003912E7">
              <w:rPr>
                <w:rFonts w:asciiTheme="majorHAnsi" w:hAnsiTheme="majorHAnsi" w:cstheme="majorHAnsi"/>
                <w:szCs w:val="18"/>
                <w:lang w:val="nb-NO"/>
              </w:rPr>
              <w:t>)</w:t>
            </w:r>
          </w:p>
        </w:tc>
        <w:tc>
          <w:tcPr>
            <w:tcW w:w="1276" w:type="dxa"/>
            <w:vAlign w:val="center"/>
          </w:tcPr>
          <w:p w14:paraId="64465278" w14:textId="77777777" w:rsidR="00A82186" w:rsidRPr="003912E7" w:rsidRDefault="00A82186" w:rsidP="00A82186">
            <w:pPr>
              <w:rPr>
                <w:rFonts w:asciiTheme="majorHAnsi" w:hAnsiTheme="majorHAnsi" w:cstheme="majorHAnsi"/>
                <w:szCs w:val="18"/>
              </w:rPr>
            </w:pP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Bilim</w:t>
            </w:r>
            <w:proofErr w:type="spellEnd"/>
          </w:p>
        </w:tc>
        <w:tc>
          <w:tcPr>
            <w:tcW w:w="4001" w:type="dxa"/>
            <w:vAlign w:val="center"/>
          </w:tcPr>
          <w:p w14:paraId="78D6B934" w14:textId="77777777" w:rsidR="00A82186" w:rsidRPr="003912E7" w:rsidRDefault="00A82186" w:rsidP="00A82186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 xml:space="preserve">Görüş, </w:t>
            </w: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dayanak</w:t>
            </w:r>
            <w:proofErr w:type="spellEnd"/>
            <w:r w:rsidRPr="003912E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ve</w:t>
            </w:r>
            <w:proofErr w:type="spellEnd"/>
            <w:r w:rsidRPr="003912E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gerekçe</w:t>
            </w:r>
            <w:proofErr w:type="spellEnd"/>
            <w:r w:rsidRPr="003912E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ilişkisi</w:t>
            </w:r>
            <w:proofErr w:type="spellEnd"/>
          </w:p>
        </w:tc>
        <w:tc>
          <w:tcPr>
            <w:tcW w:w="2211" w:type="dxa"/>
            <w:vAlign w:val="center"/>
          </w:tcPr>
          <w:p w14:paraId="608C0A82" w14:textId="77777777" w:rsidR="00A82186" w:rsidRPr="003912E7" w:rsidRDefault="00A82186" w:rsidP="00A82186">
            <w:pPr>
              <w:rPr>
                <w:rFonts w:asciiTheme="majorHAnsi" w:hAnsiTheme="majorHAnsi" w:cstheme="majorHAnsi"/>
                <w:szCs w:val="18"/>
              </w:rPr>
            </w:pP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Eleştirel</w:t>
            </w:r>
            <w:proofErr w:type="spellEnd"/>
            <w:r w:rsidRPr="003912E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düşünme</w:t>
            </w:r>
            <w:proofErr w:type="spellEnd"/>
          </w:p>
        </w:tc>
        <w:tc>
          <w:tcPr>
            <w:tcW w:w="2211" w:type="dxa"/>
            <w:vAlign w:val="center"/>
          </w:tcPr>
          <w:p w14:paraId="777BF890" w14:textId="77777777" w:rsidR="00A82186" w:rsidRPr="003912E7" w:rsidRDefault="00A82186" w:rsidP="00A82186">
            <w:pPr>
              <w:rPr>
                <w:rFonts w:asciiTheme="majorHAnsi" w:hAnsiTheme="majorHAnsi" w:cstheme="majorHAnsi"/>
                <w:szCs w:val="18"/>
              </w:rPr>
            </w:pP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Grup</w:t>
            </w:r>
            <w:proofErr w:type="spellEnd"/>
            <w:r w:rsidRPr="003912E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sunumu</w:t>
            </w:r>
            <w:proofErr w:type="spellEnd"/>
          </w:p>
        </w:tc>
      </w:tr>
      <w:tr w:rsidR="00A82186" w:rsidRPr="003912E7" w14:paraId="3CCCD350" w14:textId="77777777" w:rsidTr="003912E7">
        <w:trPr>
          <w:cantSplit/>
        </w:trPr>
        <w:tc>
          <w:tcPr>
            <w:tcW w:w="959" w:type="dxa"/>
            <w:vAlign w:val="center"/>
          </w:tcPr>
          <w:p w14:paraId="73C05C2F" w14:textId="77777777" w:rsidR="00A82186" w:rsidRPr="003912E7" w:rsidRDefault="00A82186" w:rsidP="00A82186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b/>
                <w:szCs w:val="18"/>
              </w:rPr>
              <w:t>6</w:t>
            </w:r>
          </w:p>
        </w:tc>
        <w:tc>
          <w:tcPr>
            <w:tcW w:w="1559" w:type="dxa"/>
            <w:vAlign w:val="center"/>
          </w:tcPr>
          <w:p w14:paraId="359D5ABB" w14:textId="77777777" w:rsidR="00A82186" w:rsidRPr="003912E7" w:rsidRDefault="00A82186" w:rsidP="00A82186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19.10.2026</w:t>
            </w:r>
            <w:r w:rsidRPr="003912E7">
              <w:rPr>
                <w:rFonts w:asciiTheme="majorHAnsi" w:hAnsiTheme="majorHAnsi" w:cstheme="majorHAnsi"/>
                <w:szCs w:val="18"/>
              </w:rPr>
              <w:br/>
              <w:t>23.10.2026</w:t>
            </w:r>
          </w:p>
        </w:tc>
        <w:tc>
          <w:tcPr>
            <w:tcW w:w="3260" w:type="dxa"/>
          </w:tcPr>
          <w:p w14:paraId="70AE81E3" w14:textId="039ABB69" w:rsidR="00A82186" w:rsidRPr="003912E7" w:rsidRDefault="00A82186" w:rsidP="00A82186">
            <w:pPr>
              <w:rPr>
                <w:rFonts w:asciiTheme="majorHAnsi" w:hAnsiTheme="majorHAnsi" w:cstheme="majorHAnsi"/>
                <w:szCs w:val="18"/>
                <w:lang w:val="nb-NO"/>
              </w:rPr>
            </w:pPr>
            <w:r w:rsidRPr="003912E7">
              <w:rPr>
                <w:rFonts w:asciiTheme="majorHAnsi" w:hAnsiTheme="majorHAnsi" w:cstheme="majorHAnsi"/>
                <w:b/>
                <w:szCs w:val="18"/>
                <w:lang w:val="nb-NO"/>
              </w:rPr>
              <w:t>B.4(</w:t>
            </w:r>
            <w:r w:rsidRPr="003912E7">
              <w:rPr>
                <w:rFonts w:asciiTheme="majorHAnsi" w:hAnsiTheme="majorHAnsi" w:cstheme="majorHAnsi"/>
                <w:lang w:val="nb-NO"/>
              </w:rPr>
              <w:t>Analitik ve eleştirel düşünme becerilerini geliştirme.</w:t>
            </w:r>
            <w:r w:rsidRPr="003912E7">
              <w:rPr>
                <w:rFonts w:asciiTheme="majorHAnsi" w:hAnsiTheme="majorHAnsi" w:cstheme="majorHAnsi"/>
                <w:szCs w:val="18"/>
                <w:lang w:val="nb-NO"/>
              </w:rPr>
              <w:t>)</w:t>
            </w:r>
          </w:p>
        </w:tc>
        <w:tc>
          <w:tcPr>
            <w:tcW w:w="1276" w:type="dxa"/>
            <w:vAlign w:val="center"/>
          </w:tcPr>
          <w:p w14:paraId="71B9C604" w14:textId="77777777" w:rsidR="00A82186" w:rsidRPr="003912E7" w:rsidRDefault="00A82186" w:rsidP="00A82186">
            <w:pPr>
              <w:rPr>
                <w:rFonts w:asciiTheme="majorHAnsi" w:hAnsiTheme="majorHAnsi" w:cstheme="majorHAnsi"/>
                <w:szCs w:val="18"/>
              </w:rPr>
            </w:pP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Bilim</w:t>
            </w:r>
            <w:proofErr w:type="spellEnd"/>
          </w:p>
        </w:tc>
        <w:tc>
          <w:tcPr>
            <w:tcW w:w="4001" w:type="dxa"/>
            <w:vAlign w:val="center"/>
          </w:tcPr>
          <w:p w14:paraId="7EEE7EA9" w14:textId="77777777" w:rsidR="00A82186" w:rsidRPr="003912E7" w:rsidRDefault="00A82186" w:rsidP="00A82186">
            <w:pPr>
              <w:rPr>
                <w:rFonts w:asciiTheme="majorHAnsi" w:hAnsiTheme="majorHAnsi" w:cstheme="majorHAnsi"/>
                <w:szCs w:val="18"/>
                <w:lang w:val="nb-NO"/>
              </w:rPr>
            </w:pPr>
            <w:r w:rsidRPr="003912E7">
              <w:rPr>
                <w:rFonts w:asciiTheme="majorHAnsi" w:hAnsiTheme="majorHAnsi" w:cstheme="majorHAnsi"/>
                <w:szCs w:val="18"/>
                <w:lang w:val="nb-NO"/>
              </w:rPr>
              <w:t>Günlük yaşam problemi için neden-sonuç analizi</w:t>
            </w:r>
          </w:p>
        </w:tc>
        <w:tc>
          <w:tcPr>
            <w:tcW w:w="2211" w:type="dxa"/>
            <w:vAlign w:val="center"/>
          </w:tcPr>
          <w:p w14:paraId="1E7E194D" w14:textId="77777777" w:rsidR="00A82186" w:rsidRPr="003912E7" w:rsidRDefault="00A82186" w:rsidP="00A82186">
            <w:pPr>
              <w:rPr>
                <w:rFonts w:asciiTheme="majorHAnsi" w:hAnsiTheme="majorHAnsi" w:cstheme="majorHAnsi"/>
                <w:szCs w:val="18"/>
              </w:rPr>
            </w:pP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Çok</w:t>
            </w:r>
            <w:proofErr w:type="spellEnd"/>
            <w:r w:rsidRPr="003912E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boyutlu</w:t>
            </w:r>
            <w:proofErr w:type="spellEnd"/>
            <w:r w:rsidRPr="003912E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düşünme</w:t>
            </w:r>
            <w:proofErr w:type="spellEnd"/>
          </w:p>
        </w:tc>
        <w:tc>
          <w:tcPr>
            <w:tcW w:w="2211" w:type="dxa"/>
            <w:vAlign w:val="center"/>
          </w:tcPr>
          <w:p w14:paraId="669D54D8" w14:textId="77777777" w:rsidR="00A82186" w:rsidRPr="003912E7" w:rsidRDefault="00A82186" w:rsidP="00A82186">
            <w:pPr>
              <w:rPr>
                <w:rFonts w:asciiTheme="majorHAnsi" w:hAnsiTheme="majorHAnsi" w:cstheme="majorHAnsi"/>
                <w:szCs w:val="18"/>
              </w:rPr>
            </w:pP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Neden-sonuç</w:t>
            </w:r>
            <w:proofErr w:type="spellEnd"/>
            <w:r w:rsidRPr="003912E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şeması</w:t>
            </w:r>
            <w:proofErr w:type="spellEnd"/>
          </w:p>
        </w:tc>
      </w:tr>
      <w:tr w:rsidR="00A82186" w:rsidRPr="003912E7" w14:paraId="1E129C4B" w14:textId="77777777" w:rsidTr="003912E7">
        <w:trPr>
          <w:cantSplit/>
        </w:trPr>
        <w:tc>
          <w:tcPr>
            <w:tcW w:w="959" w:type="dxa"/>
            <w:vAlign w:val="center"/>
          </w:tcPr>
          <w:p w14:paraId="18D36CAC" w14:textId="77777777" w:rsidR="00A82186" w:rsidRPr="003912E7" w:rsidRDefault="00A82186" w:rsidP="00A82186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b/>
                <w:szCs w:val="18"/>
              </w:rPr>
              <w:t>7</w:t>
            </w:r>
          </w:p>
        </w:tc>
        <w:tc>
          <w:tcPr>
            <w:tcW w:w="1559" w:type="dxa"/>
            <w:vAlign w:val="center"/>
          </w:tcPr>
          <w:p w14:paraId="01FCB657" w14:textId="77777777" w:rsidR="00A82186" w:rsidRPr="003912E7" w:rsidRDefault="00A82186" w:rsidP="00A82186">
            <w:pPr>
              <w:rPr>
                <w:rFonts w:asciiTheme="majorHAnsi" w:hAnsiTheme="majorHAnsi" w:cstheme="majorHAnsi"/>
                <w:szCs w:val="18"/>
                <w:lang w:val="nb-NO"/>
              </w:rPr>
            </w:pPr>
            <w:r w:rsidRPr="003912E7">
              <w:rPr>
                <w:rFonts w:asciiTheme="majorHAnsi" w:hAnsiTheme="majorHAnsi" w:cstheme="majorHAnsi"/>
                <w:szCs w:val="18"/>
                <w:lang w:val="nb-NO"/>
              </w:rPr>
              <w:t>26.10.2026</w:t>
            </w:r>
            <w:r w:rsidRPr="003912E7">
              <w:rPr>
                <w:rFonts w:asciiTheme="majorHAnsi" w:hAnsiTheme="majorHAnsi" w:cstheme="majorHAnsi"/>
                <w:szCs w:val="18"/>
                <w:lang w:val="nb-NO"/>
              </w:rPr>
              <w:br/>
              <w:t>30.10.2026</w:t>
            </w:r>
            <w:r w:rsidRPr="003912E7">
              <w:rPr>
                <w:rFonts w:asciiTheme="majorHAnsi" w:hAnsiTheme="majorHAnsi" w:cstheme="majorHAnsi"/>
                <w:szCs w:val="18"/>
                <w:lang w:val="nb-NO"/>
              </w:rPr>
              <w:br/>
              <w:t>(28 Ekim öğleden sonra, 29 Ekim resmî tatil)</w:t>
            </w:r>
          </w:p>
        </w:tc>
        <w:tc>
          <w:tcPr>
            <w:tcW w:w="3260" w:type="dxa"/>
          </w:tcPr>
          <w:p w14:paraId="56EBCF64" w14:textId="3FE9A92E" w:rsidR="00A82186" w:rsidRPr="003912E7" w:rsidRDefault="00A82186" w:rsidP="00A82186">
            <w:pPr>
              <w:rPr>
                <w:rFonts w:asciiTheme="majorHAnsi" w:hAnsiTheme="majorHAnsi" w:cstheme="majorHAnsi"/>
                <w:szCs w:val="18"/>
                <w:lang w:val="nb-NO"/>
              </w:rPr>
            </w:pPr>
            <w:r w:rsidRPr="003912E7">
              <w:rPr>
                <w:rFonts w:asciiTheme="majorHAnsi" w:hAnsiTheme="majorHAnsi" w:cstheme="majorHAnsi"/>
                <w:b/>
                <w:szCs w:val="18"/>
                <w:lang w:val="nb-NO"/>
              </w:rPr>
              <w:t>B.4(</w:t>
            </w:r>
            <w:r w:rsidRPr="003912E7">
              <w:rPr>
                <w:rFonts w:asciiTheme="majorHAnsi" w:hAnsiTheme="majorHAnsi" w:cstheme="majorHAnsi"/>
                <w:lang w:val="nb-NO"/>
              </w:rPr>
              <w:t>Analitik ve eleştirel düşünme becerilerini geliştirme.</w:t>
            </w:r>
            <w:r w:rsidRPr="003912E7">
              <w:rPr>
                <w:rFonts w:asciiTheme="majorHAnsi" w:hAnsiTheme="majorHAnsi" w:cstheme="majorHAnsi"/>
                <w:szCs w:val="18"/>
                <w:lang w:val="nb-NO"/>
              </w:rPr>
              <w:t>)</w:t>
            </w:r>
          </w:p>
        </w:tc>
        <w:tc>
          <w:tcPr>
            <w:tcW w:w="1276" w:type="dxa"/>
            <w:vAlign w:val="center"/>
          </w:tcPr>
          <w:p w14:paraId="2F801A7B" w14:textId="77777777" w:rsidR="00A82186" w:rsidRPr="003912E7" w:rsidRDefault="00A82186" w:rsidP="00A82186">
            <w:pPr>
              <w:rPr>
                <w:rFonts w:asciiTheme="majorHAnsi" w:hAnsiTheme="majorHAnsi" w:cstheme="majorHAnsi"/>
                <w:szCs w:val="18"/>
              </w:rPr>
            </w:pP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Bilim</w:t>
            </w:r>
            <w:proofErr w:type="spellEnd"/>
          </w:p>
        </w:tc>
        <w:tc>
          <w:tcPr>
            <w:tcW w:w="4001" w:type="dxa"/>
            <w:vAlign w:val="center"/>
          </w:tcPr>
          <w:p w14:paraId="6084A16C" w14:textId="77777777" w:rsidR="00A82186" w:rsidRPr="003912E7" w:rsidRDefault="00A82186" w:rsidP="00A82186">
            <w:pPr>
              <w:rPr>
                <w:rFonts w:asciiTheme="majorHAnsi" w:hAnsiTheme="majorHAnsi" w:cstheme="majorHAnsi"/>
                <w:szCs w:val="18"/>
              </w:rPr>
            </w:pP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Farklı</w:t>
            </w:r>
            <w:proofErr w:type="spellEnd"/>
            <w:r w:rsidRPr="003912E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çözüm</w:t>
            </w:r>
            <w:proofErr w:type="spellEnd"/>
            <w:r w:rsidRPr="003912E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yollarını</w:t>
            </w:r>
            <w:proofErr w:type="spellEnd"/>
            <w:r w:rsidRPr="003912E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karşılaştırma</w:t>
            </w:r>
            <w:proofErr w:type="spellEnd"/>
            <w:r w:rsidRPr="003912E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ve</w:t>
            </w:r>
            <w:proofErr w:type="spellEnd"/>
            <w:r w:rsidRPr="003912E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karar</w:t>
            </w:r>
            <w:proofErr w:type="spellEnd"/>
            <w:r w:rsidRPr="003912E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verme</w:t>
            </w:r>
            <w:proofErr w:type="spellEnd"/>
          </w:p>
        </w:tc>
        <w:tc>
          <w:tcPr>
            <w:tcW w:w="2211" w:type="dxa"/>
            <w:vAlign w:val="center"/>
          </w:tcPr>
          <w:p w14:paraId="5B3183AD" w14:textId="77777777" w:rsidR="00A82186" w:rsidRPr="003912E7" w:rsidRDefault="00A82186" w:rsidP="00A82186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 xml:space="preserve">Analiz, </w:t>
            </w: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ortak</w:t>
            </w:r>
            <w:proofErr w:type="spellEnd"/>
            <w:r w:rsidRPr="003912E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akıl</w:t>
            </w:r>
            <w:proofErr w:type="spellEnd"/>
          </w:p>
        </w:tc>
        <w:tc>
          <w:tcPr>
            <w:tcW w:w="2211" w:type="dxa"/>
            <w:vAlign w:val="center"/>
          </w:tcPr>
          <w:p w14:paraId="15955CB7" w14:textId="77777777" w:rsidR="00A82186" w:rsidRPr="003912E7" w:rsidRDefault="00A82186" w:rsidP="00A82186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 xml:space="preserve">Karar </w:t>
            </w: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matrisi</w:t>
            </w:r>
            <w:proofErr w:type="spellEnd"/>
          </w:p>
        </w:tc>
      </w:tr>
      <w:tr w:rsidR="00A82186" w:rsidRPr="003912E7" w14:paraId="10143196" w14:textId="77777777" w:rsidTr="003912E7">
        <w:trPr>
          <w:cantSplit/>
        </w:trPr>
        <w:tc>
          <w:tcPr>
            <w:tcW w:w="959" w:type="dxa"/>
            <w:vAlign w:val="center"/>
          </w:tcPr>
          <w:p w14:paraId="4B02AB7B" w14:textId="77777777" w:rsidR="00A82186" w:rsidRPr="003912E7" w:rsidRDefault="00A82186" w:rsidP="00A82186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b/>
                <w:szCs w:val="18"/>
              </w:rPr>
              <w:t>8</w:t>
            </w:r>
          </w:p>
        </w:tc>
        <w:tc>
          <w:tcPr>
            <w:tcW w:w="1559" w:type="dxa"/>
            <w:vAlign w:val="center"/>
          </w:tcPr>
          <w:p w14:paraId="40797D67" w14:textId="77777777" w:rsidR="00A82186" w:rsidRPr="003912E7" w:rsidRDefault="00A82186" w:rsidP="00A82186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02.11.2026</w:t>
            </w:r>
            <w:r w:rsidRPr="003912E7">
              <w:rPr>
                <w:rFonts w:asciiTheme="majorHAnsi" w:hAnsiTheme="majorHAnsi" w:cstheme="majorHAnsi"/>
                <w:szCs w:val="18"/>
              </w:rPr>
              <w:br/>
              <w:t>06.11.2026</w:t>
            </w:r>
          </w:p>
        </w:tc>
        <w:tc>
          <w:tcPr>
            <w:tcW w:w="3260" w:type="dxa"/>
          </w:tcPr>
          <w:p w14:paraId="0FCCAB97" w14:textId="24FC3E12" w:rsidR="00A82186" w:rsidRPr="003912E7" w:rsidRDefault="00A82186" w:rsidP="00A82186">
            <w:pPr>
              <w:rPr>
                <w:rFonts w:asciiTheme="majorHAnsi" w:hAnsiTheme="majorHAnsi" w:cstheme="majorHAnsi"/>
                <w:szCs w:val="18"/>
                <w:lang w:val="nb-NO"/>
              </w:rPr>
            </w:pPr>
            <w:r w:rsidRPr="003912E7">
              <w:rPr>
                <w:rFonts w:asciiTheme="majorHAnsi" w:hAnsiTheme="majorHAnsi" w:cstheme="majorHAnsi"/>
                <w:b/>
                <w:szCs w:val="18"/>
                <w:lang w:val="nb-NO"/>
              </w:rPr>
              <w:t>B.4(</w:t>
            </w:r>
            <w:r w:rsidRPr="003912E7">
              <w:rPr>
                <w:rFonts w:asciiTheme="majorHAnsi" w:hAnsiTheme="majorHAnsi" w:cstheme="majorHAnsi"/>
                <w:lang w:val="nb-NO"/>
              </w:rPr>
              <w:t>Analitik ve eleştirel düşünme becerilerini geliştirme.</w:t>
            </w:r>
            <w:r w:rsidRPr="003912E7">
              <w:rPr>
                <w:rFonts w:asciiTheme="majorHAnsi" w:hAnsiTheme="majorHAnsi" w:cstheme="majorHAnsi"/>
                <w:szCs w:val="18"/>
                <w:lang w:val="nb-NO"/>
              </w:rPr>
              <w:t>)</w:t>
            </w:r>
          </w:p>
        </w:tc>
        <w:tc>
          <w:tcPr>
            <w:tcW w:w="1276" w:type="dxa"/>
            <w:vAlign w:val="center"/>
          </w:tcPr>
          <w:p w14:paraId="39DF8B29" w14:textId="77777777" w:rsidR="00A82186" w:rsidRPr="003912E7" w:rsidRDefault="00A82186" w:rsidP="00A82186">
            <w:pPr>
              <w:rPr>
                <w:rFonts w:asciiTheme="majorHAnsi" w:hAnsiTheme="majorHAnsi" w:cstheme="majorHAnsi"/>
                <w:szCs w:val="18"/>
              </w:rPr>
            </w:pP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Bilim</w:t>
            </w:r>
            <w:proofErr w:type="spellEnd"/>
          </w:p>
        </w:tc>
        <w:tc>
          <w:tcPr>
            <w:tcW w:w="4001" w:type="dxa"/>
            <w:vAlign w:val="center"/>
          </w:tcPr>
          <w:p w14:paraId="4FEA6C6D" w14:textId="77777777" w:rsidR="00A82186" w:rsidRPr="003912E7" w:rsidRDefault="00A82186" w:rsidP="00A82186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 xml:space="preserve">Problem </w:t>
            </w: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çözme</w:t>
            </w:r>
            <w:proofErr w:type="spellEnd"/>
            <w:r w:rsidRPr="003912E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ve</w:t>
            </w:r>
            <w:proofErr w:type="spellEnd"/>
            <w:r w:rsidRPr="003912E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mantık</w:t>
            </w:r>
            <w:proofErr w:type="spellEnd"/>
            <w:r w:rsidRPr="003912E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oyunları</w:t>
            </w:r>
            <w:proofErr w:type="spellEnd"/>
            <w:r w:rsidRPr="003912E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etkinliği</w:t>
            </w:r>
            <w:proofErr w:type="spellEnd"/>
          </w:p>
        </w:tc>
        <w:tc>
          <w:tcPr>
            <w:tcW w:w="2211" w:type="dxa"/>
            <w:vAlign w:val="center"/>
          </w:tcPr>
          <w:p w14:paraId="6F4E64D7" w14:textId="77777777" w:rsidR="00A82186" w:rsidRPr="003912E7" w:rsidRDefault="00A82186" w:rsidP="00A82186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 xml:space="preserve">Problem </w:t>
            </w: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çözme</w:t>
            </w:r>
            <w:proofErr w:type="spellEnd"/>
            <w:r w:rsidRPr="003912E7">
              <w:rPr>
                <w:rFonts w:asciiTheme="majorHAnsi" w:hAnsiTheme="majorHAnsi" w:cstheme="majorHAnsi"/>
                <w:szCs w:val="18"/>
              </w:rPr>
              <w:t xml:space="preserve">, </w:t>
            </w: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iş</w:t>
            </w:r>
            <w:proofErr w:type="spellEnd"/>
            <w:r w:rsidRPr="003912E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birliği</w:t>
            </w:r>
            <w:proofErr w:type="spellEnd"/>
          </w:p>
        </w:tc>
        <w:tc>
          <w:tcPr>
            <w:tcW w:w="2211" w:type="dxa"/>
            <w:vAlign w:val="center"/>
          </w:tcPr>
          <w:p w14:paraId="2D7F84BE" w14:textId="77777777" w:rsidR="00A82186" w:rsidRPr="003912E7" w:rsidRDefault="00A82186" w:rsidP="00A82186">
            <w:pPr>
              <w:rPr>
                <w:rFonts w:asciiTheme="majorHAnsi" w:hAnsiTheme="majorHAnsi" w:cstheme="majorHAnsi"/>
                <w:szCs w:val="18"/>
              </w:rPr>
            </w:pP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Gözlem</w:t>
            </w:r>
            <w:proofErr w:type="spellEnd"/>
            <w:r w:rsidRPr="003912E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formu</w:t>
            </w:r>
            <w:proofErr w:type="spellEnd"/>
          </w:p>
        </w:tc>
      </w:tr>
      <w:tr w:rsidR="00207EBF" w:rsidRPr="003912E7" w14:paraId="47D6E072" w14:textId="77777777" w:rsidTr="00B33A2E">
        <w:tc>
          <w:tcPr>
            <w:tcW w:w="15477" w:type="dxa"/>
            <w:gridSpan w:val="7"/>
            <w:vAlign w:val="center"/>
          </w:tcPr>
          <w:p w14:paraId="71BF02AF" w14:textId="77777777" w:rsidR="00207EBF" w:rsidRPr="003912E7" w:rsidRDefault="00591380" w:rsidP="00B33A2E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 w:rsidRPr="003912E7">
              <w:rPr>
                <w:rFonts w:asciiTheme="majorHAnsi" w:hAnsiTheme="majorHAnsi" w:cstheme="majorHAnsi"/>
                <w:b/>
                <w:sz w:val="28"/>
                <w:szCs w:val="28"/>
              </w:rPr>
              <w:t>1. ARA TATİL: 16-20 KASIM 2026</w:t>
            </w:r>
          </w:p>
        </w:tc>
      </w:tr>
      <w:tr w:rsidR="0082612B" w:rsidRPr="003912E7" w14:paraId="108928AB" w14:textId="77777777" w:rsidTr="003912E7">
        <w:trPr>
          <w:cantSplit/>
        </w:trPr>
        <w:tc>
          <w:tcPr>
            <w:tcW w:w="959" w:type="dxa"/>
            <w:vAlign w:val="center"/>
          </w:tcPr>
          <w:p w14:paraId="196D4C69" w14:textId="77777777" w:rsidR="0082612B" w:rsidRPr="003912E7" w:rsidRDefault="0082612B" w:rsidP="0082612B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b/>
                <w:szCs w:val="18"/>
              </w:rPr>
              <w:t>9</w:t>
            </w:r>
          </w:p>
        </w:tc>
        <w:tc>
          <w:tcPr>
            <w:tcW w:w="1559" w:type="dxa"/>
            <w:vAlign w:val="center"/>
          </w:tcPr>
          <w:p w14:paraId="11190734" w14:textId="77777777" w:rsidR="0082612B" w:rsidRPr="003912E7" w:rsidRDefault="0082612B" w:rsidP="0082612B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09.11.2026</w:t>
            </w:r>
            <w:r w:rsidRPr="003912E7">
              <w:rPr>
                <w:rFonts w:asciiTheme="majorHAnsi" w:hAnsiTheme="majorHAnsi" w:cstheme="majorHAnsi"/>
                <w:szCs w:val="18"/>
              </w:rPr>
              <w:br/>
              <w:t>13.11.2026</w:t>
            </w:r>
          </w:p>
        </w:tc>
        <w:tc>
          <w:tcPr>
            <w:tcW w:w="3260" w:type="dxa"/>
          </w:tcPr>
          <w:p w14:paraId="08360C11" w14:textId="2A1361CC" w:rsidR="0082612B" w:rsidRPr="003912E7" w:rsidRDefault="0082612B" w:rsidP="0082612B">
            <w:pPr>
              <w:rPr>
                <w:rFonts w:asciiTheme="majorHAnsi" w:hAnsiTheme="majorHAnsi" w:cstheme="majorHAnsi"/>
                <w:szCs w:val="18"/>
                <w:lang w:val="nb-NO"/>
              </w:rPr>
            </w:pPr>
            <w:r w:rsidRPr="003912E7">
              <w:rPr>
                <w:rFonts w:asciiTheme="majorHAnsi" w:hAnsiTheme="majorHAnsi" w:cstheme="majorHAnsi"/>
                <w:b/>
                <w:szCs w:val="18"/>
                <w:lang w:val="nb-NO"/>
              </w:rPr>
              <w:t>B.2 (</w:t>
            </w:r>
            <w:r w:rsidRPr="003912E7">
              <w:rPr>
                <w:rFonts w:asciiTheme="majorHAnsi" w:hAnsiTheme="majorHAnsi" w:cstheme="majorHAnsi"/>
                <w:lang w:val="nb-NO"/>
              </w:rPr>
              <w:t>Bilimsel araştırma, yöntem, teknik ve becerileri geliştirme.</w:t>
            </w:r>
            <w:r w:rsidRPr="003912E7">
              <w:rPr>
                <w:rFonts w:asciiTheme="majorHAnsi" w:hAnsiTheme="majorHAnsi" w:cstheme="majorHAnsi"/>
                <w:szCs w:val="18"/>
                <w:lang w:val="nb-NO"/>
              </w:rPr>
              <w:t>)</w:t>
            </w:r>
          </w:p>
        </w:tc>
        <w:tc>
          <w:tcPr>
            <w:tcW w:w="1276" w:type="dxa"/>
            <w:vAlign w:val="center"/>
          </w:tcPr>
          <w:p w14:paraId="1C79A82B" w14:textId="77777777" w:rsidR="0082612B" w:rsidRPr="003912E7" w:rsidRDefault="0082612B" w:rsidP="0082612B">
            <w:pPr>
              <w:rPr>
                <w:rFonts w:asciiTheme="majorHAnsi" w:hAnsiTheme="majorHAnsi" w:cstheme="majorHAnsi"/>
                <w:szCs w:val="18"/>
              </w:rPr>
            </w:pP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Bilim</w:t>
            </w:r>
            <w:proofErr w:type="spellEnd"/>
          </w:p>
        </w:tc>
        <w:tc>
          <w:tcPr>
            <w:tcW w:w="4001" w:type="dxa"/>
            <w:vAlign w:val="center"/>
          </w:tcPr>
          <w:p w14:paraId="023531BF" w14:textId="77777777" w:rsidR="0082612B" w:rsidRPr="003912E7" w:rsidRDefault="0082612B" w:rsidP="0082612B">
            <w:pPr>
              <w:rPr>
                <w:rFonts w:asciiTheme="majorHAnsi" w:hAnsiTheme="majorHAnsi" w:cstheme="majorHAnsi"/>
                <w:szCs w:val="18"/>
              </w:rPr>
            </w:pP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Bilimsel</w:t>
            </w:r>
            <w:proofErr w:type="spellEnd"/>
            <w:r w:rsidRPr="003912E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araştırma</w:t>
            </w:r>
            <w:proofErr w:type="spellEnd"/>
            <w:r w:rsidRPr="003912E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basamakları</w:t>
            </w:r>
            <w:proofErr w:type="spellEnd"/>
            <w:r w:rsidRPr="003912E7">
              <w:rPr>
                <w:rFonts w:asciiTheme="majorHAnsi" w:hAnsiTheme="majorHAnsi" w:cstheme="majorHAnsi"/>
                <w:szCs w:val="18"/>
              </w:rPr>
              <w:t xml:space="preserve">: </w:t>
            </w: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Sorudan</w:t>
            </w:r>
            <w:proofErr w:type="spellEnd"/>
            <w:r w:rsidRPr="003912E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Sonuca</w:t>
            </w:r>
            <w:proofErr w:type="spellEnd"/>
          </w:p>
        </w:tc>
        <w:tc>
          <w:tcPr>
            <w:tcW w:w="2211" w:type="dxa"/>
            <w:vAlign w:val="center"/>
          </w:tcPr>
          <w:p w14:paraId="4DC221BC" w14:textId="77777777" w:rsidR="0082612B" w:rsidRPr="003912E7" w:rsidRDefault="0082612B" w:rsidP="0082612B">
            <w:pPr>
              <w:rPr>
                <w:rFonts w:asciiTheme="majorHAnsi" w:hAnsiTheme="majorHAnsi" w:cstheme="majorHAnsi"/>
                <w:szCs w:val="18"/>
              </w:rPr>
            </w:pP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Metodoloji</w:t>
            </w:r>
            <w:proofErr w:type="spellEnd"/>
          </w:p>
        </w:tc>
        <w:tc>
          <w:tcPr>
            <w:tcW w:w="2211" w:type="dxa"/>
            <w:vAlign w:val="center"/>
          </w:tcPr>
          <w:p w14:paraId="2B950FBA" w14:textId="77777777" w:rsidR="0082612B" w:rsidRPr="003912E7" w:rsidRDefault="0082612B" w:rsidP="0082612B">
            <w:pPr>
              <w:rPr>
                <w:rFonts w:asciiTheme="majorHAnsi" w:hAnsiTheme="majorHAnsi" w:cstheme="majorHAnsi"/>
                <w:szCs w:val="18"/>
              </w:rPr>
            </w:pP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Araştırma</w:t>
            </w:r>
            <w:proofErr w:type="spellEnd"/>
            <w:r w:rsidRPr="003912E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akış</w:t>
            </w:r>
            <w:proofErr w:type="spellEnd"/>
            <w:r w:rsidRPr="003912E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şeması</w:t>
            </w:r>
            <w:proofErr w:type="spellEnd"/>
          </w:p>
        </w:tc>
      </w:tr>
      <w:tr w:rsidR="0082612B" w:rsidRPr="003912E7" w14:paraId="3F8AAB8D" w14:textId="77777777" w:rsidTr="003912E7">
        <w:trPr>
          <w:cantSplit/>
        </w:trPr>
        <w:tc>
          <w:tcPr>
            <w:tcW w:w="959" w:type="dxa"/>
            <w:vAlign w:val="center"/>
          </w:tcPr>
          <w:p w14:paraId="78E9D048" w14:textId="77777777" w:rsidR="0082612B" w:rsidRPr="003912E7" w:rsidRDefault="0082612B" w:rsidP="0082612B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b/>
                <w:szCs w:val="18"/>
              </w:rPr>
              <w:t>10</w:t>
            </w:r>
          </w:p>
        </w:tc>
        <w:tc>
          <w:tcPr>
            <w:tcW w:w="1559" w:type="dxa"/>
            <w:vAlign w:val="center"/>
          </w:tcPr>
          <w:p w14:paraId="3CE841C8" w14:textId="77777777" w:rsidR="0082612B" w:rsidRPr="003912E7" w:rsidRDefault="0082612B" w:rsidP="0082612B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23.11.2026</w:t>
            </w:r>
            <w:r w:rsidRPr="003912E7">
              <w:rPr>
                <w:rFonts w:asciiTheme="majorHAnsi" w:hAnsiTheme="majorHAnsi" w:cstheme="majorHAnsi"/>
                <w:szCs w:val="18"/>
              </w:rPr>
              <w:br/>
              <w:t>27.11.2026</w:t>
            </w:r>
          </w:p>
        </w:tc>
        <w:tc>
          <w:tcPr>
            <w:tcW w:w="3260" w:type="dxa"/>
          </w:tcPr>
          <w:p w14:paraId="35307797" w14:textId="210F5693" w:rsidR="0082612B" w:rsidRPr="003912E7" w:rsidRDefault="0082612B" w:rsidP="0082612B">
            <w:pPr>
              <w:rPr>
                <w:rFonts w:asciiTheme="majorHAnsi" w:hAnsiTheme="majorHAnsi" w:cstheme="majorHAnsi"/>
                <w:szCs w:val="18"/>
                <w:lang w:val="nb-NO"/>
              </w:rPr>
            </w:pPr>
            <w:r w:rsidRPr="003912E7">
              <w:rPr>
                <w:rFonts w:asciiTheme="majorHAnsi" w:hAnsiTheme="majorHAnsi" w:cstheme="majorHAnsi"/>
                <w:b/>
                <w:szCs w:val="18"/>
                <w:lang w:val="nb-NO"/>
              </w:rPr>
              <w:t>B.2 (</w:t>
            </w:r>
            <w:r w:rsidRPr="003912E7">
              <w:rPr>
                <w:rFonts w:asciiTheme="majorHAnsi" w:hAnsiTheme="majorHAnsi" w:cstheme="majorHAnsi"/>
                <w:lang w:val="nb-NO"/>
              </w:rPr>
              <w:t>Bilimsel araştırma, yöntem, teknik ve becerileri geliştirme.</w:t>
            </w:r>
            <w:r w:rsidRPr="003912E7">
              <w:rPr>
                <w:rFonts w:asciiTheme="majorHAnsi" w:hAnsiTheme="majorHAnsi" w:cstheme="majorHAnsi"/>
                <w:szCs w:val="18"/>
                <w:lang w:val="nb-NO"/>
              </w:rPr>
              <w:t>)</w:t>
            </w:r>
          </w:p>
        </w:tc>
        <w:tc>
          <w:tcPr>
            <w:tcW w:w="1276" w:type="dxa"/>
            <w:vAlign w:val="center"/>
          </w:tcPr>
          <w:p w14:paraId="1F689ED8" w14:textId="77777777" w:rsidR="0082612B" w:rsidRPr="003912E7" w:rsidRDefault="0082612B" w:rsidP="0082612B">
            <w:pPr>
              <w:rPr>
                <w:rFonts w:asciiTheme="majorHAnsi" w:hAnsiTheme="majorHAnsi" w:cstheme="majorHAnsi"/>
                <w:szCs w:val="18"/>
              </w:rPr>
            </w:pP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Bilim</w:t>
            </w:r>
            <w:proofErr w:type="spellEnd"/>
          </w:p>
        </w:tc>
        <w:tc>
          <w:tcPr>
            <w:tcW w:w="4001" w:type="dxa"/>
            <w:vAlign w:val="center"/>
          </w:tcPr>
          <w:p w14:paraId="0BA286C9" w14:textId="77777777" w:rsidR="0082612B" w:rsidRPr="003912E7" w:rsidRDefault="0082612B" w:rsidP="0082612B">
            <w:pPr>
              <w:rPr>
                <w:rFonts w:asciiTheme="majorHAnsi" w:hAnsiTheme="majorHAnsi" w:cstheme="majorHAnsi"/>
                <w:szCs w:val="18"/>
              </w:rPr>
            </w:pP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Araştırma</w:t>
            </w:r>
            <w:proofErr w:type="spellEnd"/>
            <w:r w:rsidRPr="003912E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sorusu</w:t>
            </w:r>
            <w:proofErr w:type="spellEnd"/>
            <w:r w:rsidRPr="003912E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ve</w:t>
            </w:r>
            <w:proofErr w:type="spellEnd"/>
            <w:r w:rsidRPr="003912E7">
              <w:rPr>
                <w:rFonts w:asciiTheme="majorHAnsi" w:hAnsiTheme="majorHAnsi" w:cstheme="majorHAnsi"/>
                <w:szCs w:val="18"/>
              </w:rPr>
              <w:t xml:space="preserve"> test </w:t>
            </w: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edilebilir</w:t>
            </w:r>
            <w:proofErr w:type="spellEnd"/>
            <w:r w:rsidRPr="003912E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hipotez</w:t>
            </w:r>
            <w:proofErr w:type="spellEnd"/>
            <w:r w:rsidRPr="003912E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geliştirme</w:t>
            </w:r>
            <w:proofErr w:type="spellEnd"/>
          </w:p>
        </w:tc>
        <w:tc>
          <w:tcPr>
            <w:tcW w:w="2211" w:type="dxa"/>
            <w:vAlign w:val="center"/>
          </w:tcPr>
          <w:p w14:paraId="751976FA" w14:textId="77777777" w:rsidR="0082612B" w:rsidRPr="003912E7" w:rsidRDefault="0082612B" w:rsidP="0082612B">
            <w:pPr>
              <w:rPr>
                <w:rFonts w:asciiTheme="majorHAnsi" w:hAnsiTheme="majorHAnsi" w:cstheme="majorHAnsi"/>
                <w:szCs w:val="18"/>
              </w:rPr>
            </w:pP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Sorgulama</w:t>
            </w:r>
            <w:proofErr w:type="spellEnd"/>
          </w:p>
        </w:tc>
        <w:tc>
          <w:tcPr>
            <w:tcW w:w="2211" w:type="dxa"/>
            <w:vAlign w:val="center"/>
          </w:tcPr>
          <w:p w14:paraId="6CF64A3B" w14:textId="77777777" w:rsidR="0082612B" w:rsidRPr="003912E7" w:rsidRDefault="0082612B" w:rsidP="0082612B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Soru-</w:t>
            </w: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hipotez</w:t>
            </w:r>
            <w:proofErr w:type="spellEnd"/>
            <w:r w:rsidRPr="003912E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formu</w:t>
            </w:r>
            <w:proofErr w:type="spellEnd"/>
          </w:p>
        </w:tc>
      </w:tr>
      <w:tr w:rsidR="0082612B" w:rsidRPr="003912E7" w14:paraId="1E72B69C" w14:textId="77777777" w:rsidTr="003912E7">
        <w:trPr>
          <w:cantSplit/>
        </w:trPr>
        <w:tc>
          <w:tcPr>
            <w:tcW w:w="959" w:type="dxa"/>
            <w:vAlign w:val="center"/>
          </w:tcPr>
          <w:p w14:paraId="45E40C46" w14:textId="77777777" w:rsidR="0082612B" w:rsidRPr="003912E7" w:rsidRDefault="0082612B" w:rsidP="0082612B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b/>
                <w:szCs w:val="18"/>
              </w:rPr>
              <w:t>11</w:t>
            </w:r>
          </w:p>
        </w:tc>
        <w:tc>
          <w:tcPr>
            <w:tcW w:w="1559" w:type="dxa"/>
            <w:vAlign w:val="center"/>
          </w:tcPr>
          <w:p w14:paraId="58B7C147" w14:textId="77777777" w:rsidR="0082612B" w:rsidRPr="003912E7" w:rsidRDefault="0082612B" w:rsidP="0082612B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30.11.2026</w:t>
            </w:r>
            <w:r w:rsidRPr="003912E7">
              <w:rPr>
                <w:rFonts w:asciiTheme="majorHAnsi" w:hAnsiTheme="majorHAnsi" w:cstheme="majorHAnsi"/>
                <w:szCs w:val="18"/>
              </w:rPr>
              <w:br/>
              <w:t>04.12.2026</w:t>
            </w:r>
          </w:p>
        </w:tc>
        <w:tc>
          <w:tcPr>
            <w:tcW w:w="3260" w:type="dxa"/>
          </w:tcPr>
          <w:p w14:paraId="1C7EB78F" w14:textId="12914327" w:rsidR="0082612B" w:rsidRPr="003912E7" w:rsidRDefault="0082612B" w:rsidP="0082612B">
            <w:pPr>
              <w:rPr>
                <w:rFonts w:asciiTheme="majorHAnsi" w:hAnsiTheme="majorHAnsi" w:cstheme="majorHAnsi"/>
                <w:szCs w:val="18"/>
                <w:lang w:val="nb-NO"/>
              </w:rPr>
            </w:pPr>
            <w:r w:rsidRPr="003912E7">
              <w:rPr>
                <w:rFonts w:asciiTheme="majorHAnsi" w:hAnsiTheme="majorHAnsi" w:cstheme="majorHAnsi"/>
                <w:b/>
                <w:szCs w:val="18"/>
                <w:lang w:val="nb-NO"/>
              </w:rPr>
              <w:t>B.2 (</w:t>
            </w:r>
            <w:r w:rsidRPr="003912E7">
              <w:rPr>
                <w:rFonts w:asciiTheme="majorHAnsi" w:hAnsiTheme="majorHAnsi" w:cstheme="majorHAnsi"/>
                <w:lang w:val="nb-NO"/>
              </w:rPr>
              <w:t>Bilimsel araştırma, yöntem, teknik ve becerileri geliştirme.</w:t>
            </w:r>
            <w:r w:rsidRPr="003912E7">
              <w:rPr>
                <w:rFonts w:asciiTheme="majorHAnsi" w:hAnsiTheme="majorHAnsi" w:cstheme="majorHAnsi"/>
                <w:szCs w:val="18"/>
                <w:lang w:val="nb-NO"/>
              </w:rPr>
              <w:t>)</w:t>
            </w:r>
          </w:p>
        </w:tc>
        <w:tc>
          <w:tcPr>
            <w:tcW w:w="1276" w:type="dxa"/>
            <w:vAlign w:val="center"/>
          </w:tcPr>
          <w:p w14:paraId="4454989B" w14:textId="77777777" w:rsidR="0082612B" w:rsidRPr="003912E7" w:rsidRDefault="0082612B" w:rsidP="0082612B">
            <w:pPr>
              <w:rPr>
                <w:rFonts w:asciiTheme="majorHAnsi" w:hAnsiTheme="majorHAnsi" w:cstheme="majorHAnsi"/>
                <w:szCs w:val="18"/>
              </w:rPr>
            </w:pP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Bilim</w:t>
            </w:r>
            <w:proofErr w:type="spellEnd"/>
          </w:p>
        </w:tc>
        <w:tc>
          <w:tcPr>
            <w:tcW w:w="4001" w:type="dxa"/>
            <w:vAlign w:val="center"/>
          </w:tcPr>
          <w:p w14:paraId="7C6F39DD" w14:textId="77777777" w:rsidR="0082612B" w:rsidRPr="003912E7" w:rsidRDefault="0082612B" w:rsidP="0082612B">
            <w:pPr>
              <w:rPr>
                <w:rFonts w:asciiTheme="majorHAnsi" w:hAnsiTheme="majorHAnsi" w:cstheme="majorHAnsi"/>
                <w:szCs w:val="18"/>
                <w:lang w:val="nb-NO"/>
              </w:rPr>
            </w:pPr>
            <w:r w:rsidRPr="003912E7">
              <w:rPr>
                <w:rFonts w:asciiTheme="majorHAnsi" w:hAnsiTheme="majorHAnsi" w:cstheme="majorHAnsi"/>
                <w:szCs w:val="18"/>
                <w:lang w:val="nb-NO"/>
              </w:rPr>
              <w:t>Değişkenler, kontrol ve adil test</w:t>
            </w:r>
          </w:p>
        </w:tc>
        <w:tc>
          <w:tcPr>
            <w:tcW w:w="2211" w:type="dxa"/>
            <w:vAlign w:val="center"/>
          </w:tcPr>
          <w:p w14:paraId="520BBF08" w14:textId="77777777" w:rsidR="0082612B" w:rsidRPr="003912E7" w:rsidRDefault="0082612B" w:rsidP="0082612B">
            <w:pPr>
              <w:rPr>
                <w:rFonts w:asciiTheme="majorHAnsi" w:hAnsiTheme="majorHAnsi" w:cstheme="majorHAnsi"/>
                <w:szCs w:val="18"/>
              </w:rPr>
            </w:pP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Objektiflik</w:t>
            </w:r>
            <w:proofErr w:type="spellEnd"/>
            <w:r w:rsidRPr="003912E7">
              <w:rPr>
                <w:rFonts w:asciiTheme="majorHAnsi" w:hAnsiTheme="majorHAnsi" w:cstheme="majorHAnsi"/>
                <w:szCs w:val="18"/>
              </w:rPr>
              <w:t xml:space="preserve">, </w:t>
            </w: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metodoloji</w:t>
            </w:r>
            <w:proofErr w:type="spellEnd"/>
          </w:p>
        </w:tc>
        <w:tc>
          <w:tcPr>
            <w:tcW w:w="2211" w:type="dxa"/>
            <w:vAlign w:val="center"/>
          </w:tcPr>
          <w:p w14:paraId="27AC778A" w14:textId="77777777" w:rsidR="0082612B" w:rsidRPr="003912E7" w:rsidRDefault="0082612B" w:rsidP="0082612B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Deney tasarım şablonu</w:t>
            </w:r>
          </w:p>
        </w:tc>
      </w:tr>
      <w:tr w:rsidR="0082612B" w:rsidRPr="003912E7" w14:paraId="246A5E62" w14:textId="77777777" w:rsidTr="003912E7">
        <w:trPr>
          <w:cantSplit/>
        </w:trPr>
        <w:tc>
          <w:tcPr>
            <w:tcW w:w="959" w:type="dxa"/>
            <w:vAlign w:val="center"/>
          </w:tcPr>
          <w:p w14:paraId="31D45178" w14:textId="77777777" w:rsidR="0082612B" w:rsidRPr="003912E7" w:rsidRDefault="0082612B" w:rsidP="0082612B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b/>
                <w:szCs w:val="18"/>
              </w:rPr>
              <w:t>12</w:t>
            </w:r>
          </w:p>
        </w:tc>
        <w:tc>
          <w:tcPr>
            <w:tcW w:w="1559" w:type="dxa"/>
            <w:vAlign w:val="center"/>
          </w:tcPr>
          <w:p w14:paraId="3946376B" w14:textId="77777777" w:rsidR="0082612B" w:rsidRPr="003912E7" w:rsidRDefault="0082612B" w:rsidP="0082612B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07.12.2026</w:t>
            </w:r>
            <w:r w:rsidRPr="003912E7">
              <w:rPr>
                <w:rFonts w:asciiTheme="majorHAnsi" w:hAnsiTheme="majorHAnsi" w:cstheme="majorHAnsi"/>
                <w:szCs w:val="18"/>
              </w:rPr>
              <w:br/>
              <w:t>11.12.2026</w:t>
            </w:r>
          </w:p>
        </w:tc>
        <w:tc>
          <w:tcPr>
            <w:tcW w:w="3260" w:type="dxa"/>
          </w:tcPr>
          <w:p w14:paraId="55C8E102" w14:textId="002E2F72" w:rsidR="0082612B" w:rsidRPr="003912E7" w:rsidRDefault="0082612B" w:rsidP="0082612B">
            <w:pPr>
              <w:rPr>
                <w:rFonts w:asciiTheme="majorHAnsi" w:hAnsiTheme="majorHAnsi" w:cstheme="majorHAnsi"/>
                <w:szCs w:val="18"/>
                <w:lang w:val="nb-NO"/>
              </w:rPr>
            </w:pPr>
            <w:r w:rsidRPr="003912E7">
              <w:rPr>
                <w:rFonts w:asciiTheme="majorHAnsi" w:hAnsiTheme="majorHAnsi" w:cstheme="majorHAnsi"/>
                <w:b/>
                <w:szCs w:val="18"/>
                <w:lang w:val="nb-NO"/>
              </w:rPr>
              <w:t>B.2 (</w:t>
            </w:r>
            <w:r w:rsidRPr="003912E7">
              <w:rPr>
                <w:rFonts w:asciiTheme="majorHAnsi" w:hAnsiTheme="majorHAnsi" w:cstheme="majorHAnsi"/>
                <w:lang w:val="nb-NO"/>
              </w:rPr>
              <w:t>Bilimsel araştırma, yöntem, teknik ve becerileri geliştirme.</w:t>
            </w:r>
            <w:r w:rsidRPr="003912E7">
              <w:rPr>
                <w:rFonts w:asciiTheme="majorHAnsi" w:hAnsiTheme="majorHAnsi" w:cstheme="majorHAnsi"/>
                <w:szCs w:val="18"/>
                <w:lang w:val="nb-NO"/>
              </w:rPr>
              <w:t>)</w:t>
            </w:r>
          </w:p>
        </w:tc>
        <w:tc>
          <w:tcPr>
            <w:tcW w:w="1276" w:type="dxa"/>
            <w:vAlign w:val="center"/>
          </w:tcPr>
          <w:p w14:paraId="166CDB1A" w14:textId="77777777" w:rsidR="0082612B" w:rsidRPr="003912E7" w:rsidRDefault="0082612B" w:rsidP="0082612B">
            <w:pPr>
              <w:rPr>
                <w:rFonts w:asciiTheme="majorHAnsi" w:hAnsiTheme="majorHAnsi" w:cstheme="majorHAnsi"/>
                <w:szCs w:val="18"/>
              </w:rPr>
            </w:pP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Bilim</w:t>
            </w:r>
            <w:proofErr w:type="spellEnd"/>
          </w:p>
        </w:tc>
        <w:tc>
          <w:tcPr>
            <w:tcW w:w="4001" w:type="dxa"/>
            <w:vAlign w:val="center"/>
          </w:tcPr>
          <w:p w14:paraId="691E31F6" w14:textId="77777777" w:rsidR="0082612B" w:rsidRPr="003912E7" w:rsidRDefault="0082612B" w:rsidP="0082612B">
            <w:pPr>
              <w:rPr>
                <w:rFonts w:asciiTheme="majorHAnsi" w:hAnsiTheme="majorHAnsi" w:cstheme="majorHAnsi"/>
                <w:szCs w:val="18"/>
                <w:lang w:val="nb-NO"/>
              </w:rPr>
            </w:pPr>
            <w:r w:rsidRPr="003912E7">
              <w:rPr>
                <w:rFonts w:asciiTheme="majorHAnsi" w:hAnsiTheme="majorHAnsi" w:cstheme="majorHAnsi"/>
                <w:szCs w:val="18"/>
                <w:lang w:val="nb-NO"/>
              </w:rPr>
              <w:t>Basit deneysel çalışma: veri toplama ve kayıt</w:t>
            </w:r>
          </w:p>
        </w:tc>
        <w:tc>
          <w:tcPr>
            <w:tcW w:w="2211" w:type="dxa"/>
            <w:vAlign w:val="center"/>
          </w:tcPr>
          <w:p w14:paraId="466F8914" w14:textId="77777777" w:rsidR="0082612B" w:rsidRPr="003912E7" w:rsidRDefault="0082612B" w:rsidP="0082612B">
            <w:pPr>
              <w:rPr>
                <w:rFonts w:asciiTheme="majorHAnsi" w:hAnsiTheme="majorHAnsi" w:cstheme="majorHAnsi"/>
                <w:szCs w:val="18"/>
              </w:rPr>
            </w:pP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Dikkatli</w:t>
            </w:r>
            <w:proofErr w:type="spellEnd"/>
            <w:r w:rsidRPr="003912E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gözlem</w:t>
            </w:r>
            <w:proofErr w:type="spellEnd"/>
          </w:p>
        </w:tc>
        <w:tc>
          <w:tcPr>
            <w:tcW w:w="2211" w:type="dxa"/>
            <w:vAlign w:val="center"/>
          </w:tcPr>
          <w:p w14:paraId="3FEA8E85" w14:textId="77777777" w:rsidR="0082612B" w:rsidRPr="003912E7" w:rsidRDefault="0082612B" w:rsidP="0082612B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Deney föyü</w:t>
            </w:r>
          </w:p>
        </w:tc>
      </w:tr>
      <w:tr w:rsidR="0082612B" w:rsidRPr="003912E7" w14:paraId="71606CF9" w14:textId="77777777" w:rsidTr="003912E7">
        <w:trPr>
          <w:cantSplit/>
        </w:trPr>
        <w:tc>
          <w:tcPr>
            <w:tcW w:w="959" w:type="dxa"/>
            <w:vAlign w:val="center"/>
          </w:tcPr>
          <w:p w14:paraId="1FB395D1" w14:textId="77777777" w:rsidR="0082612B" w:rsidRPr="003912E7" w:rsidRDefault="0082612B" w:rsidP="0082612B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b/>
                <w:szCs w:val="18"/>
              </w:rPr>
              <w:t>13</w:t>
            </w:r>
          </w:p>
        </w:tc>
        <w:tc>
          <w:tcPr>
            <w:tcW w:w="1559" w:type="dxa"/>
            <w:vAlign w:val="center"/>
          </w:tcPr>
          <w:p w14:paraId="47873FF4" w14:textId="77777777" w:rsidR="0082612B" w:rsidRPr="003912E7" w:rsidRDefault="0082612B" w:rsidP="0082612B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14.12.2026</w:t>
            </w:r>
            <w:r w:rsidRPr="003912E7">
              <w:rPr>
                <w:rFonts w:asciiTheme="majorHAnsi" w:hAnsiTheme="majorHAnsi" w:cstheme="majorHAnsi"/>
                <w:szCs w:val="18"/>
              </w:rPr>
              <w:br/>
              <w:t>18.12.2026</w:t>
            </w:r>
          </w:p>
        </w:tc>
        <w:tc>
          <w:tcPr>
            <w:tcW w:w="3260" w:type="dxa"/>
          </w:tcPr>
          <w:p w14:paraId="2AAD42FE" w14:textId="2F86C16A" w:rsidR="0082612B" w:rsidRPr="003912E7" w:rsidRDefault="0082612B" w:rsidP="0082612B">
            <w:pPr>
              <w:rPr>
                <w:rFonts w:asciiTheme="majorHAnsi" w:hAnsiTheme="majorHAnsi" w:cstheme="majorHAnsi"/>
                <w:szCs w:val="18"/>
                <w:lang w:val="nb-NO"/>
              </w:rPr>
            </w:pPr>
            <w:r w:rsidRPr="003912E7">
              <w:rPr>
                <w:rFonts w:asciiTheme="majorHAnsi" w:hAnsiTheme="majorHAnsi" w:cstheme="majorHAnsi"/>
                <w:b/>
                <w:szCs w:val="18"/>
                <w:lang w:val="nb-NO"/>
              </w:rPr>
              <w:t>B.2 (</w:t>
            </w:r>
            <w:r w:rsidRPr="003912E7">
              <w:rPr>
                <w:rFonts w:asciiTheme="majorHAnsi" w:hAnsiTheme="majorHAnsi" w:cstheme="majorHAnsi"/>
                <w:lang w:val="nb-NO"/>
              </w:rPr>
              <w:t>Bilimsel araştırma, yöntem, teknik ve becerileri geliştirme.</w:t>
            </w:r>
            <w:r w:rsidRPr="003912E7">
              <w:rPr>
                <w:rFonts w:asciiTheme="majorHAnsi" w:hAnsiTheme="majorHAnsi" w:cstheme="majorHAnsi"/>
                <w:szCs w:val="18"/>
                <w:lang w:val="nb-NO"/>
              </w:rPr>
              <w:t>)</w:t>
            </w:r>
          </w:p>
        </w:tc>
        <w:tc>
          <w:tcPr>
            <w:tcW w:w="1276" w:type="dxa"/>
            <w:vAlign w:val="center"/>
          </w:tcPr>
          <w:p w14:paraId="53EFCB76" w14:textId="77777777" w:rsidR="0082612B" w:rsidRPr="003912E7" w:rsidRDefault="0082612B" w:rsidP="0082612B">
            <w:pPr>
              <w:rPr>
                <w:rFonts w:asciiTheme="majorHAnsi" w:hAnsiTheme="majorHAnsi" w:cstheme="majorHAnsi"/>
                <w:szCs w:val="18"/>
              </w:rPr>
            </w:pP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Bilim</w:t>
            </w:r>
            <w:proofErr w:type="spellEnd"/>
          </w:p>
        </w:tc>
        <w:tc>
          <w:tcPr>
            <w:tcW w:w="4001" w:type="dxa"/>
            <w:vAlign w:val="center"/>
          </w:tcPr>
          <w:p w14:paraId="315D48C2" w14:textId="77777777" w:rsidR="0082612B" w:rsidRPr="003912E7" w:rsidRDefault="0082612B" w:rsidP="0082612B">
            <w:pPr>
              <w:rPr>
                <w:rFonts w:asciiTheme="majorHAnsi" w:hAnsiTheme="majorHAnsi" w:cstheme="majorHAnsi"/>
                <w:szCs w:val="18"/>
                <w:lang w:val="nb-NO"/>
              </w:rPr>
            </w:pPr>
            <w:r w:rsidRPr="003912E7">
              <w:rPr>
                <w:rFonts w:asciiTheme="majorHAnsi" w:hAnsiTheme="majorHAnsi" w:cstheme="majorHAnsi"/>
                <w:szCs w:val="18"/>
                <w:lang w:val="nb-NO"/>
              </w:rPr>
              <w:t>Verileri tablo ve grafikle düzenleme</w:t>
            </w:r>
          </w:p>
        </w:tc>
        <w:tc>
          <w:tcPr>
            <w:tcW w:w="2211" w:type="dxa"/>
            <w:vAlign w:val="center"/>
          </w:tcPr>
          <w:p w14:paraId="62BCFA9D" w14:textId="77777777" w:rsidR="0082612B" w:rsidRPr="003912E7" w:rsidRDefault="0082612B" w:rsidP="0082612B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 xml:space="preserve">Veri </w:t>
            </w: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analizi</w:t>
            </w:r>
            <w:proofErr w:type="spellEnd"/>
          </w:p>
        </w:tc>
        <w:tc>
          <w:tcPr>
            <w:tcW w:w="2211" w:type="dxa"/>
            <w:vAlign w:val="center"/>
          </w:tcPr>
          <w:p w14:paraId="06E74576" w14:textId="77777777" w:rsidR="0082612B" w:rsidRPr="003912E7" w:rsidRDefault="0082612B" w:rsidP="0082612B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Grafik / tablo</w:t>
            </w:r>
          </w:p>
        </w:tc>
      </w:tr>
      <w:tr w:rsidR="0082612B" w:rsidRPr="003912E7" w14:paraId="5C188A9C" w14:textId="77777777" w:rsidTr="003912E7">
        <w:trPr>
          <w:cantSplit/>
        </w:trPr>
        <w:tc>
          <w:tcPr>
            <w:tcW w:w="959" w:type="dxa"/>
            <w:vAlign w:val="center"/>
          </w:tcPr>
          <w:p w14:paraId="1B4173A3" w14:textId="77777777" w:rsidR="0082612B" w:rsidRPr="003912E7" w:rsidRDefault="0082612B" w:rsidP="0082612B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b/>
                <w:szCs w:val="18"/>
              </w:rPr>
              <w:t>14</w:t>
            </w:r>
          </w:p>
        </w:tc>
        <w:tc>
          <w:tcPr>
            <w:tcW w:w="1559" w:type="dxa"/>
            <w:vAlign w:val="center"/>
          </w:tcPr>
          <w:p w14:paraId="38FDEC56" w14:textId="77777777" w:rsidR="0082612B" w:rsidRPr="003912E7" w:rsidRDefault="0082612B" w:rsidP="0082612B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21.12.2026</w:t>
            </w:r>
            <w:r w:rsidRPr="003912E7">
              <w:rPr>
                <w:rFonts w:asciiTheme="majorHAnsi" w:hAnsiTheme="majorHAnsi" w:cstheme="majorHAnsi"/>
                <w:szCs w:val="18"/>
              </w:rPr>
              <w:br/>
              <w:t>25.12.2026</w:t>
            </w:r>
          </w:p>
        </w:tc>
        <w:tc>
          <w:tcPr>
            <w:tcW w:w="3260" w:type="dxa"/>
          </w:tcPr>
          <w:p w14:paraId="00607AF5" w14:textId="04A5A211" w:rsidR="0082612B" w:rsidRPr="003912E7" w:rsidRDefault="0082612B" w:rsidP="0082612B">
            <w:pPr>
              <w:rPr>
                <w:rFonts w:asciiTheme="majorHAnsi" w:hAnsiTheme="majorHAnsi" w:cstheme="majorHAnsi"/>
                <w:szCs w:val="18"/>
                <w:lang w:val="nb-NO"/>
              </w:rPr>
            </w:pPr>
            <w:r w:rsidRPr="003912E7">
              <w:rPr>
                <w:rFonts w:asciiTheme="majorHAnsi" w:hAnsiTheme="majorHAnsi" w:cstheme="majorHAnsi"/>
                <w:b/>
                <w:szCs w:val="18"/>
                <w:lang w:val="nb-NO"/>
              </w:rPr>
              <w:t>B.2 (</w:t>
            </w:r>
            <w:r w:rsidRPr="003912E7">
              <w:rPr>
                <w:rFonts w:asciiTheme="majorHAnsi" w:hAnsiTheme="majorHAnsi" w:cstheme="majorHAnsi"/>
                <w:lang w:val="nb-NO"/>
              </w:rPr>
              <w:t>Bilimsel araştırma, yöntem, teknik ve becerileri geliştirme.</w:t>
            </w:r>
            <w:r w:rsidRPr="003912E7">
              <w:rPr>
                <w:rFonts w:asciiTheme="majorHAnsi" w:hAnsiTheme="majorHAnsi" w:cstheme="majorHAnsi"/>
                <w:szCs w:val="18"/>
                <w:lang w:val="nb-NO"/>
              </w:rPr>
              <w:t>)</w:t>
            </w:r>
          </w:p>
        </w:tc>
        <w:tc>
          <w:tcPr>
            <w:tcW w:w="1276" w:type="dxa"/>
            <w:vAlign w:val="center"/>
          </w:tcPr>
          <w:p w14:paraId="1059C912" w14:textId="77777777" w:rsidR="0082612B" w:rsidRPr="003912E7" w:rsidRDefault="0082612B" w:rsidP="0082612B">
            <w:pPr>
              <w:rPr>
                <w:rFonts w:asciiTheme="majorHAnsi" w:hAnsiTheme="majorHAnsi" w:cstheme="majorHAnsi"/>
                <w:szCs w:val="18"/>
              </w:rPr>
            </w:pP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Bilim</w:t>
            </w:r>
            <w:proofErr w:type="spellEnd"/>
          </w:p>
        </w:tc>
        <w:tc>
          <w:tcPr>
            <w:tcW w:w="4001" w:type="dxa"/>
            <w:vAlign w:val="center"/>
          </w:tcPr>
          <w:p w14:paraId="5F8376A1" w14:textId="77777777" w:rsidR="0082612B" w:rsidRPr="003912E7" w:rsidRDefault="0082612B" w:rsidP="0082612B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Bulguları yorumlama ve hata kaynaklarını fark etme</w:t>
            </w:r>
          </w:p>
        </w:tc>
        <w:tc>
          <w:tcPr>
            <w:tcW w:w="2211" w:type="dxa"/>
            <w:vAlign w:val="center"/>
          </w:tcPr>
          <w:p w14:paraId="516AE472" w14:textId="77777777" w:rsidR="0082612B" w:rsidRPr="003912E7" w:rsidRDefault="0082612B" w:rsidP="0082612B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Analiz ve çıkarım</w:t>
            </w:r>
          </w:p>
        </w:tc>
        <w:tc>
          <w:tcPr>
            <w:tcW w:w="2211" w:type="dxa"/>
            <w:vAlign w:val="center"/>
          </w:tcPr>
          <w:p w14:paraId="0CCAD34B" w14:textId="77777777" w:rsidR="0082612B" w:rsidRPr="003912E7" w:rsidRDefault="0082612B" w:rsidP="0082612B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Sonuç raporu</w:t>
            </w:r>
          </w:p>
        </w:tc>
      </w:tr>
      <w:tr w:rsidR="0082612B" w:rsidRPr="003912E7" w14:paraId="18563128" w14:textId="77777777" w:rsidTr="003912E7">
        <w:trPr>
          <w:cantSplit/>
        </w:trPr>
        <w:tc>
          <w:tcPr>
            <w:tcW w:w="959" w:type="dxa"/>
            <w:vAlign w:val="center"/>
          </w:tcPr>
          <w:p w14:paraId="348A5C83" w14:textId="77777777" w:rsidR="0082612B" w:rsidRPr="003912E7" w:rsidRDefault="0082612B" w:rsidP="0082612B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b/>
                <w:szCs w:val="18"/>
              </w:rPr>
              <w:t>15</w:t>
            </w:r>
          </w:p>
        </w:tc>
        <w:tc>
          <w:tcPr>
            <w:tcW w:w="1559" w:type="dxa"/>
            <w:vAlign w:val="center"/>
          </w:tcPr>
          <w:p w14:paraId="3B0BDF43" w14:textId="77777777" w:rsidR="0082612B" w:rsidRPr="003912E7" w:rsidRDefault="0082612B" w:rsidP="0082612B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28.12.2026</w:t>
            </w:r>
            <w:r w:rsidRPr="003912E7">
              <w:rPr>
                <w:rFonts w:asciiTheme="majorHAnsi" w:hAnsiTheme="majorHAnsi" w:cstheme="majorHAnsi"/>
                <w:szCs w:val="18"/>
              </w:rPr>
              <w:br/>
              <w:t>01.01.2027</w:t>
            </w:r>
            <w:r w:rsidRPr="003912E7">
              <w:rPr>
                <w:rFonts w:asciiTheme="majorHAnsi" w:hAnsiTheme="majorHAnsi" w:cstheme="majorHAnsi"/>
                <w:szCs w:val="18"/>
              </w:rPr>
              <w:br/>
              <w:t>(1 Ocak resmî tatil)</w:t>
            </w:r>
          </w:p>
        </w:tc>
        <w:tc>
          <w:tcPr>
            <w:tcW w:w="3260" w:type="dxa"/>
          </w:tcPr>
          <w:p w14:paraId="5180E6BB" w14:textId="01E633DE" w:rsidR="0082612B" w:rsidRPr="003912E7" w:rsidRDefault="0082612B" w:rsidP="0082612B">
            <w:pPr>
              <w:rPr>
                <w:rFonts w:asciiTheme="majorHAnsi" w:hAnsiTheme="majorHAnsi" w:cstheme="majorHAnsi"/>
                <w:szCs w:val="18"/>
                <w:lang w:val="nb-NO"/>
              </w:rPr>
            </w:pPr>
            <w:r w:rsidRPr="003912E7">
              <w:rPr>
                <w:rFonts w:asciiTheme="majorHAnsi" w:hAnsiTheme="majorHAnsi" w:cstheme="majorHAnsi"/>
                <w:b/>
                <w:szCs w:val="18"/>
                <w:lang w:val="nb-NO"/>
              </w:rPr>
              <w:t>B.2 (</w:t>
            </w:r>
            <w:r w:rsidRPr="003912E7">
              <w:rPr>
                <w:rFonts w:asciiTheme="majorHAnsi" w:hAnsiTheme="majorHAnsi" w:cstheme="majorHAnsi"/>
                <w:lang w:val="nb-NO"/>
              </w:rPr>
              <w:t>Bilimsel araştırma, yöntem, teknik ve becerileri geliştirme.</w:t>
            </w:r>
            <w:r w:rsidRPr="003912E7">
              <w:rPr>
                <w:rFonts w:asciiTheme="majorHAnsi" w:hAnsiTheme="majorHAnsi" w:cstheme="majorHAnsi"/>
                <w:szCs w:val="18"/>
                <w:lang w:val="nb-NO"/>
              </w:rPr>
              <w:t>)</w:t>
            </w:r>
          </w:p>
        </w:tc>
        <w:tc>
          <w:tcPr>
            <w:tcW w:w="1276" w:type="dxa"/>
            <w:vAlign w:val="center"/>
          </w:tcPr>
          <w:p w14:paraId="59206228" w14:textId="77777777" w:rsidR="0082612B" w:rsidRPr="003912E7" w:rsidRDefault="0082612B" w:rsidP="0082612B">
            <w:pPr>
              <w:rPr>
                <w:rFonts w:asciiTheme="majorHAnsi" w:hAnsiTheme="majorHAnsi" w:cstheme="majorHAnsi"/>
                <w:szCs w:val="18"/>
              </w:rPr>
            </w:pP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Bilim</w:t>
            </w:r>
            <w:proofErr w:type="spellEnd"/>
          </w:p>
        </w:tc>
        <w:tc>
          <w:tcPr>
            <w:tcW w:w="4001" w:type="dxa"/>
            <w:vAlign w:val="center"/>
          </w:tcPr>
          <w:p w14:paraId="4A628AA6" w14:textId="77777777" w:rsidR="0082612B" w:rsidRPr="003912E7" w:rsidRDefault="0082612B" w:rsidP="0082612B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Bilim İstasyonları: soru, yöntem, veri ve sonuç</w:t>
            </w:r>
          </w:p>
        </w:tc>
        <w:tc>
          <w:tcPr>
            <w:tcW w:w="2211" w:type="dxa"/>
            <w:vAlign w:val="center"/>
          </w:tcPr>
          <w:p w14:paraId="416DCE48" w14:textId="77777777" w:rsidR="0082612B" w:rsidRPr="003912E7" w:rsidRDefault="0082612B" w:rsidP="0082612B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Araştırma disiplini</w:t>
            </w:r>
          </w:p>
        </w:tc>
        <w:tc>
          <w:tcPr>
            <w:tcW w:w="2211" w:type="dxa"/>
            <w:vAlign w:val="center"/>
          </w:tcPr>
          <w:p w14:paraId="2C8F810A" w14:textId="77777777" w:rsidR="0082612B" w:rsidRPr="003912E7" w:rsidRDefault="0082612B" w:rsidP="0082612B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İstasyon kartları</w:t>
            </w:r>
          </w:p>
        </w:tc>
      </w:tr>
      <w:tr w:rsidR="0082612B" w:rsidRPr="003912E7" w14:paraId="4F8662E0" w14:textId="77777777" w:rsidTr="003912E7">
        <w:trPr>
          <w:cantSplit/>
        </w:trPr>
        <w:tc>
          <w:tcPr>
            <w:tcW w:w="959" w:type="dxa"/>
            <w:vAlign w:val="center"/>
          </w:tcPr>
          <w:p w14:paraId="3DA87AD0" w14:textId="77777777" w:rsidR="0082612B" w:rsidRPr="003912E7" w:rsidRDefault="0082612B" w:rsidP="0082612B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b/>
                <w:szCs w:val="18"/>
              </w:rPr>
              <w:t>16</w:t>
            </w:r>
          </w:p>
        </w:tc>
        <w:tc>
          <w:tcPr>
            <w:tcW w:w="1559" w:type="dxa"/>
            <w:vAlign w:val="center"/>
          </w:tcPr>
          <w:p w14:paraId="037C48A5" w14:textId="77777777" w:rsidR="0082612B" w:rsidRPr="003912E7" w:rsidRDefault="0082612B" w:rsidP="0082612B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04.01.2027</w:t>
            </w:r>
            <w:r w:rsidRPr="003912E7">
              <w:rPr>
                <w:rFonts w:asciiTheme="majorHAnsi" w:hAnsiTheme="majorHAnsi" w:cstheme="majorHAnsi"/>
                <w:szCs w:val="18"/>
              </w:rPr>
              <w:br/>
              <w:t>08.01.2027</w:t>
            </w:r>
          </w:p>
        </w:tc>
        <w:tc>
          <w:tcPr>
            <w:tcW w:w="3260" w:type="dxa"/>
          </w:tcPr>
          <w:p w14:paraId="51FB9591" w14:textId="4AF9EBCF" w:rsidR="0082612B" w:rsidRPr="003912E7" w:rsidRDefault="0082612B" w:rsidP="0082612B">
            <w:pPr>
              <w:rPr>
                <w:rFonts w:asciiTheme="majorHAnsi" w:hAnsiTheme="majorHAnsi" w:cstheme="majorHAnsi"/>
                <w:szCs w:val="18"/>
                <w:lang w:val="nb-NO"/>
              </w:rPr>
            </w:pPr>
            <w:r w:rsidRPr="003912E7">
              <w:rPr>
                <w:rFonts w:asciiTheme="majorHAnsi" w:hAnsiTheme="majorHAnsi" w:cstheme="majorHAnsi"/>
                <w:b/>
                <w:szCs w:val="18"/>
                <w:lang w:val="nb-NO"/>
              </w:rPr>
              <w:t>B.2 (</w:t>
            </w:r>
            <w:r w:rsidRPr="003912E7">
              <w:rPr>
                <w:rFonts w:asciiTheme="majorHAnsi" w:hAnsiTheme="majorHAnsi" w:cstheme="majorHAnsi"/>
                <w:lang w:val="nb-NO"/>
              </w:rPr>
              <w:t>Bilimsel araştırma, yöntem, teknik ve becerileri geliştirme.</w:t>
            </w:r>
            <w:r w:rsidRPr="003912E7">
              <w:rPr>
                <w:rFonts w:asciiTheme="majorHAnsi" w:hAnsiTheme="majorHAnsi" w:cstheme="majorHAnsi"/>
                <w:szCs w:val="18"/>
                <w:lang w:val="nb-NO"/>
              </w:rPr>
              <w:t>)</w:t>
            </w:r>
          </w:p>
        </w:tc>
        <w:tc>
          <w:tcPr>
            <w:tcW w:w="1276" w:type="dxa"/>
            <w:vAlign w:val="center"/>
          </w:tcPr>
          <w:p w14:paraId="3BA5BB49" w14:textId="77777777" w:rsidR="0082612B" w:rsidRPr="003912E7" w:rsidRDefault="0082612B" w:rsidP="0082612B">
            <w:pPr>
              <w:rPr>
                <w:rFonts w:asciiTheme="majorHAnsi" w:hAnsiTheme="majorHAnsi" w:cstheme="majorHAnsi"/>
                <w:szCs w:val="18"/>
              </w:rPr>
            </w:pP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Bilim</w:t>
            </w:r>
            <w:proofErr w:type="spellEnd"/>
          </w:p>
        </w:tc>
        <w:tc>
          <w:tcPr>
            <w:tcW w:w="4001" w:type="dxa"/>
            <w:vAlign w:val="center"/>
          </w:tcPr>
          <w:p w14:paraId="600EB0AA" w14:textId="77777777" w:rsidR="0082612B" w:rsidRPr="003912E7" w:rsidRDefault="0082612B" w:rsidP="0082612B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Okuldan araştırma konusu seçme: su, enerji veya atık</w:t>
            </w:r>
          </w:p>
        </w:tc>
        <w:tc>
          <w:tcPr>
            <w:tcW w:w="2211" w:type="dxa"/>
            <w:vAlign w:val="center"/>
          </w:tcPr>
          <w:p w14:paraId="2E9C5F19" w14:textId="77777777" w:rsidR="0082612B" w:rsidRPr="003912E7" w:rsidRDefault="0082612B" w:rsidP="0082612B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Toplumsal fayda</w:t>
            </w:r>
          </w:p>
        </w:tc>
        <w:tc>
          <w:tcPr>
            <w:tcW w:w="2211" w:type="dxa"/>
            <w:vAlign w:val="center"/>
          </w:tcPr>
          <w:p w14:paraId="3FF906CB" w14:textId="77777777" w:rsidR="0082612B" w:rsidRPr="003912E7" w:rsidRDefault="0082612B" w:rsidP="0082612B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Problem formu</w:t>
            </w:r>
          </w:p>
        </w:tc>
      </w:tr>
      <w:tr w:rsidR="0082612B" w:rsidRPr="003912E7" w14:paraId="14265EA9" w14:textId="77777777" w:rsidTr="003912E7">
        <w:trPr>
          <w:cantSplit/>
        </w:trPr>
        <w:tc>
          <w:tcPr>
            <w:tcW w:w="959" w:type="dxa"/>
            <w:vAlign w:val="center"/>
          </w:tcPr>
          <w:p w14:paraId="718C1000" w14:textId="77777777" w:rsidR="0082612B" w:rsidRPr="003912E7" w:rsidRDefault="0082612B" w:rsidP="0082612B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b/>
                <w:szCs w:val="18"/>
              </w:rPr>
              <w:lastRenderedPageBreak/>
              <w:t>17</w:t>
            </w:r>
          </w:p>
        </w:tc>
        <w:tc>
          <w:tcPr>
            <w:tcW w:w="1559" w:type="dxa"/>
            <w:vAlign w:val="center"/>
          </w:tcPr>
          <w:p w14:paraId="254ECE08" w14:textId="77777777" w:rsidR="0082612B" w:rsidRPr="003912E7" w:rsidRDefault="0082612B" w:rsidP="0082612B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11.01.2027</w:t>
            </w:r>
            <w:r w:rsidRPr="003912E7">
              <w:rPr>
                <w:rFonts w:asciiTheme="majorHAnsi" w:hAnsiTheme="majorHAnsi" w:cstheme="majorHAnsi"/>
                <w:szCs w:val="18"/>
              </w:rPr>
              <w:br/>
              <w:t>15.01.2027</w:t>
            </w:r>
          </w:p>
        </w:tc>
        <w:tc>
          <w:tcPr>
            <w:tcW w:w="3260" w:type="dxa"/>
          </w:tcPr>
          <w:p w14:paraId="5B42D076" w14:textId="33AB4D7A" w:rsidR="0082612B" w:rsidRPr="003912E7" w:rsidRDefault="0082612B" w:rsidP="0082612B">
            <w:pPr>
              <w:rPr>
                <w:rFonts w:asciiTheme="majorHAnsi" w:hAnsiTheme="majorHAnsi" w:cstheme="majorHAnsi"/>
                <w:szCs w:val="18"/>
                <w:lang w:val="nb-NO"/>
              </w:rPr>
            </w:pPr>
            <w:r w:rsidRPr="003912E7">
              <w:rPr>
                <w:rFonts w:asciiTheme="majorHAnsi" w:hAnsiTheme="majorHAnsi" w:cstheme="majorHAnsi"/>
                <w:b/>
                <w:szCs w:val="18"/>
                <w:lang w:val="nb-NO"/>
              </w:rPr>
              <w:t>B.2 (</w:t>
            </w:r>
            <w:r w:rsidRPr="003912E7">
              <w:rPr>
                <w:rFonts w:asciiTheme="majorHAnsi" w:hAnsiTheme="majorHAnsi" w:cstheme="majorHAnsi"/>
                <w:lang w:val="nb-NO"/>
              </w:rPr>
              <w:t>Bilimsel araştırma, yöntem, teknik ve becerileri geliştirme.</w:t>
            </w:r>
            <w:r w:rsidRPr="003912E7">
              <w:rPr>
                <w:rFonts w:asciiTheme="majorHAnsi" w:hAnsiTheme="majorHAnsi" w:cstheme="majorHAnsi"/>
                <w:szCs w:val="18"/>
                <w:lang w:val="nb-NO"/>
              </w:rPr>
              <w:t>)</w:t>
            </w:r>
          </w:p>
        </w:tc>
        <w:tc>
          <w:tcPr>
            <w:tcW w:w="1276" w:type="dxa"/>
            <w:vAlign w:val="center"/>
          </w:tcPr>
          <w:p w14:paraId="2D442A9E" w14:textId="77777777" w:rsidR="0082612B" w:rsidRPr="003912E7" w:rsidRDefault="0082612B" w:rsidP="0082612B">
            <w:pPr>
              <w:rPr>
                <w:rFonts w:asciiTheme="majorHAnsi" w:hAnsiTheme="majorHAnsi" w:cstheme="majorHAnsi"/>
                <w:szCs w:val="18"/>
              </w:rPr>
            </w:pP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Bilim</w:t>
            </w:r>
            <w:proofErr w:type="spellEnd"/>
          </w:p>
        </w:tc>
        <w:tc>
          <w:tcPr>
            <w:tcW w:w="4001" w:type="dxa"/>
            <w:vAlign w:val="center"/>
          </w:tcPr>
          <w:p w14:paraId="2B23AA85" w14:textId="77777777" w:rsidR="0082612B" w:rsidRPr="003912E7" w:rsidRDefault="0082612B" w:rsidP="0082612B">
            <w:pPr>
              <w:rPr>
                <w:rFonts w:asciiTheme="majorHAnsi" w:hAnsiTheme="majorHAnsi" w:cstheme="majorHAnsi"/>
                <w:szCs w:val="18"/>
                <w:lang w:val="nb-NO"/>
              </w:rPr>
            </w:pPr>
            <w:r w:rsidRPr="003912E7">
              <w:rPr>
                <w:rFonts w:asciiTheme="majorHAnsi" w:hAnsiTheme="majorHAnsi" w:cstheme="majorHAnsi"/>
                <w:szCs w:val="18"/>
                <w:lang w:val="nb-NO"/>
              </w:rPr>
              <w:t>Seçilen konu için veri toplama planı ve dönem sunumu</w:t>
            </w:r>
          </w:p>
        </w:tc>
        <w:tc>
          <w:tcPr>
            <w:tcW w:w="2211" w:type="dxa"/>
            <w:vAlign w:val="center"/>
          </w:tcPr>
          <w:p w14:paraId="12516FDC" w14:textId="77777777" w:rsidR="0082612B" w:rsidRPr="003912E7" w:rsidRDefault="0082612B" w:rsidP="0082612B">
            <w:pPr>
              <w:rPr>
                <w:rFonts w:asciiTheme="majorHAnsi" w:hAnsiTheme="majorHAnsi" w:cstheme="majorHAnsi"/>
                <w:szCs w:val="18"/>
              </w:rPr>
            </w:pP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Üretkenlik</w:t>
            </w:r>
            <w:proofErr w:type="spellEnd"/>
            <w:r w:rsidRPr="003912E7">
              <w:rPr>
                <w:rFonts w:asciiTheme="majorHAnsi" w:hAnsiTheme="majorHAnsi" w:cstheme="majorHAnsi"/>
                <w:szCs w:val="18"/>
              </w:rPr>
              <w:t xml:space="preserve">, </w:t>
            </w: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paylaşım</w:t>
            </w:r>
            <w:proofErr w:type="spellEnd"/>
          </w:p>
        </w:tc>
        <w:tc>
          <w:tcPr>
            <w:tcW w:w="2211" w:type="dxa"/>
            <w:vAlign w:val="center"/>
          </w:tcPr>
          <w:p w14:paraId="593CFF98" w14:textId="77777777" w:rsidR="0082612B" w:rsidRPr="003912E7" w:rsidRDefault="0082612B" w:rsidP="0082612B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Plan ve sunum</w:t>
            </w:r>
          </w:p>
        </w:tc>
      </w:tr>
      <w:tr w:rsidR="00207EBF" w:rsidRPr="003912E7" w14:paraId="65F4E6D6" w14:textId="77777777" w:rsidTr="00B33A2E">
        <w:tc>
          <w:tcPr>
            <w:tcW w:w="15477" w:type="dxa"/>
            <w:gridSpan w:val="7"/>
            <w:vAlign w:val="center"/>
          </w:tcPr>
          <w:p w14:paraId="1F0A3736" w14:textId="77777777" w:rsidR="00207EBF" w:rsidRPr="003912E7" w:rsidRDefault="00591380" w:rsidP="00B33A2E">
            <w:pPr>
              <w:jc w:val="center"/>
              <w:rPr>
                <w:rFonts w:asciiTheme="majorHAnsi" w:hAnsiTheme="majorHAnsi" w:cstheme="majorHAnsi"/>
                <w:sz w:val="32"/>
                <w:szCs w:val="32"/>
              </w:rPr>
            </w:pPr>
            <w:r w:rsidRPr="003912E7">
              <w:rPr>
                <w:rFonts w:asciiTheme="majorHAnsi" w:hAnsiTheme="majorHAnsi" w:cstheme="majorHAnsi"/>
                <w:b/>
                <w:sz w:val="32"/>
                <w:szCs w:val="32"/>
              </w:rPr>
              <w:t>YARIYIL TATİLİ: 25 OCAK-5 ŞUBAT 2027</w:t>
            </w:r>
          </w:p>
        </w:tc>
      </w:tr>
      <w:tr w:rsidR="001D6A20" w:rsidRPr="003912E7" w14:paraId="01D864FC" w14:textId="77777777" w:rsidTr="003912E7">
        <w:trPr>
          <w:cantSplit/>
        </w:trPr>
        <w:tc>
          <w:tcPr>
            <w:tcW w:w="959" w:type="dxa"/>
            <w:vAlign w:val="center"/>
          </w:tcPr>
          <w:p w14:paraId="7F487FDF" w14:textId="77777777" w:rsidR="001D6A20" w:rsidRPr="003912E7" w:rsidRDefault="001D6A20" w:rsidP="001D6A20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b/>
                <w:szCs w:val="18"/>
              </w:rPr>
              <w:t>18</w:t>
            </w:r>
          </w:p>
        </w:tc>
        <w:tc>
          <w:tcPr>
            <w:tcW w:w="1559" w:type="dxa"/>
            <w:vAlign w:val="center"/>
          </w:tcPr>
          <w:p w14:paraId="1B5E8FF1" w14:textId="77777777" w:rsidR="001D6A20" w:rsidRPr="003912E7" w:rsidRDefault="001D6A20" w:rsidP="001D6A20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18.01.2027</w:t>
            </w:r>
            <w:r w:rsidRPr="003912E7">
              <w:rPr>
                <w:rFonts w:asciiTheme="majorHAnsi" w:hAnsiTheme="majorHAnsi" w:cstheme="majorHAnsi"/>
                <w:szCs w:val="18"/>
              </w:rPr>
              <w:br/>
              <w:t>22.01.2027</w:t>
            </w:r>
          </w:p>
        </w:tc>
        <w:tc>
          <w:tcPr>
            <w:tcW w:w="3260" w:type="dxa"/>
          </w:tcPr>
          <w:p w14:paraId="15C4C2D5" w14:textId="17680F5D" w:rsidR="001D6A20" w:rsidRPr="003912E7" w:rsidRDefault="001D6A20" w:rsidP="001D6A20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b/>
                <w:szCs w:val="18"/>
              </w:rPr>
              <w:t>B.5 (</w:t>
            </w:r>
            <w:proofErr w:type="spellStart"/>
            <w:r w:rsidRPr="003912E7">
              <w:rPr>
                <w:rFonts w:asciiTheme="majorHAnsi" w:hAnsiTheme="majorHAnsi" w:cstheme="majorHAnsi"/>
              </w:rPr>
              <w:t>Dijital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okuryazarlığı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geliştirerek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yenilikçi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proje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üretimini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teşvik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etme</w:t>
            </w:r>
            <w:proofErr w:type="spellEnd"/>
            <w:r w:rsidRPr="003912E7">
              <w:rPr>
                <w:rFonts w:asciiTheme="majorHAnsi" w:hAnsiTheme="majorHAnsi" w:cstheme="majorHAnsi"/>
              </w:rPr>
              <w:t>.</w:t>
            </w:r>
            <w:r w:rsidRPr="003912E7">
              <w:rPr>
                <w:rFonts w:asciiTheme="majorHAnsi" w:hAnsiTheme="majorHAnsi" w:cstheme="majorHAnsi"/>
                <w:szCs w:val="18"/>
              </w:rPr>
              <w:t>)</w:t>
            </w:r>
          </w:p>
        </w:tc>
        <w:tc>
          <w:tcPr>
            <w:tcW w:w="1276" w:type="dxa"/>
            <w:vAlign w:val="center"/>
          </w:tcPr>
          <w:p w14:paraId="38731449" w14:textId="77777777" w:rsidR="001D6A20" w:rsidRPr="003912E7" w:rsidRDefault="001D6A20" w:rsidP="001D6A20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Bilim</w:t>
            </w:r>
          </w:p>
        </w:tc>
        <w:tc>
          <w:tcPr>
            <w:tcW w:w="4001" w:type="dxa"/>
            <w:vAlign w:val="center"/>
          </w:tcPr>
          <w:p w14:paraId="31DE031F" w14:textId="77777777" w:rsidR="001D6A20" w:rsidRPr="003912E7" w:rsidRDefault="001D6A20" w:rsidP="001D6A20">
            <w:pPr>
              <w:rPr>
                <w:rFonts w:asciiTheme="majorHAnsi" w:hAnsiTheme="majorHAnsi" w:cstheme="majorHAnsi"/>
                <w:szCs w:val="18"/>
                <w:lang w:val="nb-NO"/>
              </w:rPr>
            </w:pPr>
            <w:r w:rsidRPr="003912E7">
              <w:rPr>
                <w:rFonts w:asciiTheme="majorHAnsi" w:hAnsiTheme="majorHAnsi" w:cstheme="majorHAnsi"/>
                <w:szCs w:val="18"/>
                <w:lang w:val="nb-NO"/>
              </w:rPr>
              <w:t>Dijital bilgiye erişim: arama stratejileri ve anahtar kelimeler</w:t>
            </w:r>
          </w:p>
        </w:tc>
        <w:tc>
          <w:tcPr>
            <w:tcW w:w="2211" w:type="dxa"/>
            <w:vAlign w:val="center"/>
          </w:tcPr>
          <w:p w14:paraId="2D2A847E" w14:textId="77777777" w:rsidR="001D6A20" w:rsidRPr="003912E7" w:rsidRDefault="001D6A20" w:rsidP="001D6A20">
            <w:pPr>
              <w:rPr>
                <w:rFonts w:asciiTheme="majorHAnsi" w:hAnsiTheme="majorHAnsi" w:cstheme="majorHAnsi"/>
                <w:szCs w:val="18"/>
              </w:rPr>
            </w:pP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Bilgiye</w:t>
            </w:r>
            <w:proofErr w:type="spellEnd"/>
            <w:r w:rsidRPr="003912E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erişim</w:t>
            </w:r>
            <w:proofErr w:type="spellEnd"/>
          </w:p>
        </w:tc>
        <w:tc>
          <w:tcPr>
            <w:tcW w:w="2211" w:type="dxa"/>
            <w:vAlign w:val="center"/>
          </w:tcPr>
          <w:p w14:paraId="5329B382" w14:textId="77777777" w:rsidR="001D6A20" w:rsidRPr="003912E7" w:rsidRDefault="001D6A20" w:rsidP="001D6A20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Kaynak tarama formu</w:t>
            </w:r>
          </w:p>
        </w:tc>
      </w:tr>
      <w:tr w:rsidR="001D6A20" w:rsidRPr="003912E7" w14:paraId="5B851155" w14:textId="77777777" w:rsidTr="003912E7">
        <w:trPr>
          <w:cantSplit/>
        </w:trPr>
        <w:tc>
          <w:tcPr>
            <w:tcW w:w="959" w:type="dxa"/>
            <w:vAlign w:val="center"/>
          </w:tcPr>
          <w:p w14:paraId="65A6DA75" w14:textId="77777777" w:rsidR="001D6A20" w:rsidRPr="003912E7" w:rsidRDefault="001D6A20" w:rsidP="001D6A20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b/>
                <w:szCs w:val="18"/>
              </w:rPr>
              <w:t>19</w:t>
            </w:r>
          </w:p>
        </w:tc>
        <w:tc>
          <w:tcPr>
            <w:tcW w:w="1559" w:type="dxa"/>
            <w:vAlign w:val="center"/>
          </w:tcPr>
          <w:p w14:paraId="4D179C36" w14:textId="77777777" w:rsidR="001D6A20" w:rsidRPr="003912E7" w:rsidRDefault="001D6A20" w:rsidP="001D6A20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08.02.2027</w:t>
            </w:r>
            <w:r w:rsidRPr="003912E7">
              <w:rPr>
                <w:rFonts w:asciiTheme="majorHAnsi" w:hAnsiTheme="majorHAnsi" w:cstheme="majorHAnsi"/>
                <w:szCs w:val="18"/>
              </w:rPr>
              <w:br/>
              <w:t>12.02.2027</w:t>
            </w:r>
          </w:p>
        </w:tc>
        <w:tc>
          <w:tcPr>
            <w:tcW w:w="3260" w:type="dxa"/>
          </w:tcPr>
          <w:p w14:paraId="1DD0AF11" w14:textId="4F5A9BE1" w:rsidR="001D6A20" w:rsidRPr="003912E7" w:rsidRDefault="001D6A20" w:rsidP="001D6A20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b/>
                <w:szCs w:val="18"/>
              </w:rPr>
              <w:t>B.5 (</w:t>
            </w:r>
            <w:proofErr w:type="spellStart"/>
            <w:r w:rsidRPr="003912E7">
              <w:rPr>
                <w:rFonts w:asciiTheme="majorHAnsi" w:hAnsiTheme="majorHAnsi" w:cstheme="majorHAnsi"/>
              </w:rPr>
              <w:t>Dijital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okuryazarlığı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geliştirerek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yenilikçi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proje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üretimini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teşvik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etme</w:t>
            </w:r>
            <w:proofErr w:type="spellEnd"/>
            <w:r w:rsidRPr="003912E7">
              <w:rPr>
                <w:rFonts w:asciiTheme="majorHAnsi" w:hAnsiTheme="majorHAnsi" w:cstheme="majorHAnsi"/>
              </w:rPr>
              <w:t>.</w:t>
            </w:r>
            <w:r w:rsidRPr="003912E7">
              <w:rPr>
                <w:rFonts w:asciiTheme="majorHAnsi" w:hAnsiTheme="majorHAnsi" w:cstheme="majorHAnsi"/>
                <w:szCs w:val="18"/>
              </w:rPr>
              <w:t>)</w:t>
            </w:r>
          </w:p>
        </w:tc>
        <w:tc>
          <w:tcPr>
            <w:tcW w:w="1276" w:type="dxa"/>
            <w:vAlign w:val="center"/>
          </w:tcPr>
          <w:p w14:paraId="69D8E4C8" w14:textId="77777777" w:rsidR="001D6A20" w:rsidRPr="003912E7" w:rsidRDefault="001D6A20" w:rsidP="001D6A20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Bilim</w:t>
            </w:r>
          </w:p>
        </w:tc>
        <w:tc>
          <w:tcPr>
            <w:tcW w:w="4001" w:type="dxa"/>
            <w:vAlign w:val="center"/>
          </w:tcPr>
          <w:p w14:paraId="40CDC30B" w14:textId="77777777" w:rsidR="001D6A20" w:rsidRPr="003912E7" w:rsidRDefault="001D6A20" w:rsidP="001D6A20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Kaynak güvenilir mi? Web kaynaklarını karşılaştırma</w:t>
            </w:r>
          </w:p>
        </w:tc>
        <w:tc>
          <w:tcPr>
            <w:tcW w:w="2211" w:type="dxa"/>
            <w:vAlign w:val="center"/>
          </w:tcPr>
          <w:p w14:paraId="30C05689" w14:textId="77777777" w:rsidR="001D6A20" w:rsidRPr="003912E7" w:rsidRDefault="001D6A20" w:rsidP="001D6A20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Bilgi doğrulama</w:t>
            </w:r>
          </w:p>
        </w:tc>
        <w:tc>
          <w:tcPr>
            <w:tcW w:w="2211" w:type="dxa"/>
            <w:vAlign w:val="center"/>
          </w:tcPr>
          <w:p w14:paraId="5DC4A1EE" w14:textId="77777777" w:rsidR="001D6A20" w:rsidRPr="003912E7" w:rsidRDefault="001D6A20" w:rsidP="001D6A20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Kontrol listesi</w:t>
            </w:r>
          </w:p>
        </w:tc>
      </w:tr>
      <w:tr w:rsidR="001D6A20" w:rsidRPr="003912E7" w14:paraId="4BC960AE" w14:textId="77777777" w:rsidTr="003912E7">
        <w:trPr>
          <w:cantSplit/>
        </w:trPr>
        <w:tc>
          <w:tcPr>
            <w:tcW w:w="959" w:type="dxa"/>
            <w:vAlign w:val="center"/>
          </w:tcPr>
          <w:p w14:paraId="1AF6DCF9" w14:textId="77777777" w:rsidR="001D6A20" w:rsidRPr="003912E7" w:rsidRDefault="001D6A20" w:rsidP="001D6A20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b/>
                <w:szCs w:val="18"/>
              </w:rPr>
              <w:t>20</w:t>
            </w:r>
          </w:p>
        </w:tc>
        <w:tc>
          <w:tcPr>
            <w:tcW w:w="1559" w:type="dxa"/>
            <w:vAlign w:val="center"/>
          </w:tcPr>
          <w:p w14:paraId="0B87EFF0" w14:textId="77777777" w:rsidR="001D6A20" w:rsidRPr="003912E7" w:rsidRDefault="001D6A20" w:rsidP="001D6A20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15.02.2027</w:t>
            </w:r>
            <w:r w:rsidRPr="003912E7">
              <w:rPr>
                <w:rFonts w:asciiTheme="majorHAnsi" w:hAnsiTheme="majorHAnsi" w:cstheme="majorHAnsi"/>
                <w:szCs w:val="18"/>
              </w:rPr>
              <w:br/>
              <w:t>19.02.2027</w:t>
            </w:r>
          </w:p>
        </w:tc>
        <w:tc>
          <w:tcPr>
            <w:tcW w:w="3260" w:type="dxa"/>
          </w:tcPr>
          <w:p w14:paraId="790C757E" w14:textId="3BEA0227" w:rsidR="001D6A20" w:rsidRPr="003912E7" w:rsidRDefault="001D6A20" w:rsidP="001D6A20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b/>
                <w:szCs w:val="18"/>
              </w:rPr>
              <w:t>B.5 (</w:t>
            </w:r>
            <w:proofErr w:type="spellStart"/>
            <w:r w:rsidRPr="003912E7">
              <w:rPr>
                <w:rFonts w:asciiTheme="majorHAnsi" w:hAnsiTheme="majorHAnsi" w:cstheme="majorHAnsi"/>
              </w:rPr>
              <w:t>Dijital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okuryazarlığı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geliştirerek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yenilikçi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proje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üretimini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teşvik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etme</w:t>
            </w:r>
            <w:proofErr w:type="spellEnd"/>
            <w:r w:rsidRPr="003912E7">
              <w:rPr>
                <w:rFonts w:asciiTheme="majorHAnsi" w:hAnsiTheme="majorHAnsi" w:cstheme="majorHAnsi"/>
              </w:rPr>
              <w:t>.</w:t>
            </w:r>
            <w:r w:rsidRPr="003912E7">
              <w:rPr>
                <w:rFonts w:asciiTheme="majorHAnsi" w:hAnsiTheme="majorHAnsi" w:cstheme="majorHAnsi"/>
                <w:szCs w:val="18"/>
              </w:rPr>
              <w:t>)</w:t>
            </w:r>
          </w:p>
        </w:tc>
        <w:tc>
          <w:tcPr>
            <w:tcW w:w="1276" w:type="dxa"/>
            <w:vAlign w:val="center"/>
          </w:tcPr>
          <w:p w14:paraId="6E046286" w14:textId="77777777" w:rsidR="001D6A20" w:rsidRPr="003912E7" w:rsidRDefault="001D6A20" w:rsidP="001D6A20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Bilim</w:t>
            </w:r>
          </w:p>
        </w:tc>
        <w:tc>
          <w:tcPr>
            <w:tcW w:w="4001" w:type="dxa"/>
            <w:vAlign w:val="center"/>
          </w:tcPr>
          <w:p w14:paraId="3944A358" w14:textId="77777777" w:rsidR="001D6A20" w:rsidRPr="003912E7" w:rsidRDefault="001D6A20" w:rsidP="001D6A20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Veriyi İncele, Doğrula, Anlamlandır ve Paylaş</w:t>
            </w:r>
          </w:p>
        </w:tc>
        <w:tc>
          <w:tcPr>
            <w:tcW w:w="2211" w:type="dxa"/>
            <w:vAlign w:val="center"/>
          </w:tcPr>
          <w:p w14:paraId="193B39C4" w14:textId="77777777" w:rsidR="001D6A20" w:rsidRPr="003912E7" w:rsidRDefault="001D6A20" w:rsidP="001D6A20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Dijital okuryazarlık</w:t>
            </w:r>
          </w:p>
        </w:tc>
        <w:tc>
          <w:tcPr>
            <w:tcW w:w="2211" w:type="dxa"/>
            <w:vAlign w:val="center"/>
          </w:tcPr>
          <w:p w14:paraId="1023E308" w14:textId="77777777" w:rsidR="001D6A20" w:rsidRPr="003912E7" w:rsidRDefault="001D6A20" w:rsidP="001D6A20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Doğrulanmış bilgi kartı</w:t>
            </w:r>
          </w:p>
        </w:tc>
      </w:tr>
      <w:tr w:rsidR="001D6A20" w:rsidRPr="003912E7" w14:paraId="0382AE2A" w14:textId="77777777" w:rsidTr="003912E7">
        <w:trPr>
          <w:cantSplit/>
        </w:trPr>
        <w:tc>
          <w:tcPr>
            <w:tcW w:w="959" w:type="dxa"/>
            <w:vAlign w:val="center"/>
          </w:tcPr>
          <w:p w14:paraId="078EC496" w14:textId="77777777" w:rsidR="001D6A20" w:rsidRPr="003912E7" w:rsidRDefault="001D6A20" w:rsidP="001D6A20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b/>
                <w:szCs w:val="18"/>
              </w:rPr>
              <w:t>21</w:t>
            </w:r>
          </w:p>
        </w:tc>
        <w:tc>
          <w:tcPr>
            <w:tcW w:w="1559" w:type="dxa"/>
            <w:vAlign w:val="center"/>
          </w:tcPr>
          <w:p w14:paraId="0B186C03" w14:textId="77777777" w:rsidR="001D6A20" w:rsidRPr="003912E7" w:rsidRDefault="001D6A20" w:rsidP="001D6A20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22.02.2027</w:t>
            </w:r>
            <w:r w:rsidRPr="003912E7">
              <w:rPr>
                <w:rFonts w:asciiTheme="majorHAnsi" w:hAnsiTheme="majorHAnsi" w:cstheme="majorHAnsi"/>
                <w:szCs w:val="18"/>
              </w:rPr>
              <w:br/>
              <w:t>26.02.2027</w:t>
            </w:r>
          </w:p>
        </w:tc>
        <w:tc>
          <w:tcPr>
            <w:tcW w:w="3260" w:type="dxa"/>
          </w:tcPr>
          <w:p w14:paraId="42F46770" w14:textId="04E0AA3D" w:rsidR="001D6A20" w:rsidRPr="003912E7" w:rsidRDefault="001D6A20" w:rsidP="001D6A20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b/>
                <w:szCs w:val="18"/>
              </w:rPr>
              <w:t>B.5 (</w:t>
            </w:r>
            <w:proofErr w:type="spellStart"/>
            <w:r w:rsidRPr="003912E7">
              <w:rPr>
                <w:rFonts w:asciiTheme="majorHAnsi" w:hAnsiTheme="majorHAnsi" w:cstheme="majorHAnsi"/>
              </w:rPr>
              <w:t>Dijital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okuryazarlığı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geliştirerek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yenilikçi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proje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üretimini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teşvik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etme</w:t>
            </w:r>
            <w:proofErr w:type="spellEnd"/>
            <w:r w:rsidRPr="003912E7">
              <w:rPr>
                <w:rFonts w:asciiTheme="majorHAnsi" w:hAnsiTheme="majorHAnsi" w:cstheme="majorHAnsi"/>
              </w:rPr>
              <w:t>.</w:t>
            </w:r>
            <w:r w:rsidRPr="003912E7">
              <w:rPr>
                <w:rFonts w:asciiTheme="majorHAnsi" w:hAnsiTheme="majorHAnsi" w:cstheme="majorHAnsi"/>
                <w:szCs w:val="18"/>
              </w:rPr>
              <w:t>)</w:t>
            </w:r>
          </w:p>
        </w:tc>
        <w:tc>
          <w:tcPr>
            <w:tcW w:w="1276" w:type="dxa"/>
            <w:vAlign w:val="center"/>
          </w:tcPr>
          <w:p w14:paraId="3530FDF1" w14:textId="77777777" w:rsidR="001D6A20" w:rsidRPr="003912E7" w:rsidRDefault="001D6A20" w:rsidP="001D6A20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Bilim</w:t>
            </w:r>
          </w:p>
        </w:tc>
        <w:tc>
          <w:tcPr>
            <w:tcW w:w="4001" w:type="dxa"/>
            <w:vAlign w:val="center"/>
          </w:tcPr>
          <w:p w14:paraId="338AE09E" w14:textId="77777777" w:rsidR="001D6A20" w:rsidRPr="003912E7" w:rsidRDefault="001D6A20" w:rsidP="001D6A20">
            <w:pPr>
              <w:rPr>
                <w:rFonts w:asciiTheme="majorHAnsi" w:hAnsiTheme="majorHAnsi" w:cstheme="majorHAnsi"/>
                <w:szCs w:val="18"/>
                <w:lang w:val="nb-NO"/>
              </w:rPr>
            </w:pPr>
            <w:r w:rsidRPr="003912E7">
              <w:rPr>
                <w:rFonts w:asciiTheme="majorHAnsi" w:hAnsiTheme="majorHAnsi" w:cstheme="majorHAnsi"/>
                <w:szCs w:val="18"/>
                <w:lang w:val="nb-NO"/>
              </w:rPr>
              <w:t>Dijital etik, telif, kaynak gösterme ve veri güvenliği</w:t>
            </w:r>
          </w:p>
        </w:tc>
        <w:tc>
          <w:tcPr>
            <w:tcW w:w="2211" w:type="dxa"/>
            <w:vAlign w:val="center"/>
          </w:tcPr>
          <w:p w14:paraId="71D7CD9C" w14:textId="77777777" w:rsidR="001D6A20" w:rsidRPr="003912E7" w:rsidRDefault="001D6A20" w:rsidP="001D6A20">
            <w:pPr>
              <w:rPr>
                <w:rFonts w:asciiTheme="majorHAnsi" w:hAnsiTheme="majorHAnsi" w:cstheme="majorHAnsi"/>
                <w:szCs w:val="18"/>
              </w:rPr>
            </w:pP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Dijital</w:t>
            </w:r>
            <w:proofErr w:type="spellEnd"/>
            <w:r w:rsidRPr="003912E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etik</w:t>
            </w:r>
            <w:proofErr w:type="spellEnd"/>
            <w:r w:rsidRPr="003912E7">
              <w:rPr>
                <w:rFonts w:asciiTheme="majorHAnsi" w:hAnsiTheme="majorHAnsi" w:cstheme="majorHAnsi"/>
                <w:szCs w:val="18"/>
              </w:rPr>
              <w:t xml:space="preserve">, </w:t>
            </w: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emanet</w:t>
            </w:r>
            <w:proofErr w:type="spellEnd"/>
          </w:p>
        </w:tc>
        <w:tc>
          <w:tcPr>
            <w:tcW w:w="2211" w:type="dxa"/>
            <w:vAlign w:val="center"/>
          </w:tcPr>
          <w:p w14:paraId="7EF7CD0F" w14:textId="77777777" w:rsidR="001D6A20" w:rsidRPr="003912E7" w:rsidRDefault="001D6A20" w:rsidP="001D6A20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Etik sözleşmesi</w:t>
            </w:r>
          </w:p>
        </w:tc>
      </w:tr>
      <w:tr w:rsidR="00207EBF" w:rsidRPr="003912E7" w14:paraId="52E4CA2C" w14:textId="77777777" w:rsidTr="00B33A2E">
        <w:tc>
          <w:tcPr>
            <w:tcW w:w="15477" w:type="dxa"/>
            <w:gridSpan w:val="7"/>
            <w:vAlign w:val="center"/>
          </w:tcPr>
          <w:p w14:paraId="47604285" w14:textId="77777777" w:rsidR="00207EBF" w:rsidRPr="003912E7" w:rsidRDefault="00591380" w:rsidP="00B33A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3912E7">
              <w:rPr>
                <w:rFonts w:asciiTheme="majorHAnsi" w:hAnsiTheme="majorHAnsi" w:cstheme="majorHAnsi"/>
                <w:b/>
                <w:sz w:val="24"/>
                <w:szCs w:val="24"/>
              </w:rPr>
              <w:t>2. ARA TATİL: 8-12 MART 2027 (RAMAZAN BAYRAMI: 9-11 MART 2027)</w:t>
            </w:r>
          </w:p>
        </w:tc>
      </w:tr>
      <w:tr w:rsidR="004A1667" w:rsidRPr="003912E7" w14:paraId="21150C19" w14:textId="77777777" w:rsidTr="003912E7">
        <w:trPr>
          <w:cantSplit/>
        </w:trPr>
        <w:tc>
          <w:tcPr>
            <w:tcW w:w="959" w:type="dxa"/>
            <w:vAlign w:val="center"/>
          </w:tcPr>
          <w:p w14:paraId="2E2CDC5E" w14:textId="77777777" w:rsidR="004A1667" w:rsidRPr="003912E7" w:rsidRDefault="004A1667" w:rsidP="004A1667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b/>
                <w:szCs w:val="18"/>
              </w:rPr>
              <w:t>22</w:t>
            </w:r>
          </w:p>
        </w:tc>
        <w:tc>
          <w:tcPr>
            <w:tcW w:w="1559" w:type="dxa"/>
            <w:vAlign w:val="center"/>
          </w:tcPr>
          <w:p w14:paraId="0A0EC896" w14:textId="77777777" w:rsidR="004A1667" w:rsidRPr="003912E7" w:rsidRDefault="004A1667" w:rsidP="004A1667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01.03.2027</w:t>
            </w:r>
            <w:r w:rsidRPr="003912E7">
              <w:rPr>
                <w:rFonts w:asciiTheme="majorHAnsi" w:hAnsiTheme="majorHAnsi" w:cstheme="majorHAnsi"/>
                <w:szCs w:val="18"/>
              </w:rPr>
              <w:br/>
              <w:t>05.03.2027</w:t>
            </w:r>
          </w:p>
        </w:tc>
        <w:tc>
          <w:tcPr>
            <w:tcW w:w="3260" w:type="dxa"/>
          </w:tcPr>
          <w:p w14:paraId="7431CC13" w14:textId="7342D9ED" w:rsidR="004A1667" w:rsidRPr="003912E7" w:rsidRDefault="004A1667" w:rsidP="004A1667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b/>
                <w:szCs w:val="18"/>
              </w:rPr>
              <w:t>B.1 (</w:t>
            </w:r>
            <w:proofErr w:type="spellStart"/>
            <w:r w:rsidRPr="003912E7">
              <w:rPr>
                <w:rFonts w:asciiTheme="majorHAnsi" w:hAnsiTheme="majorHAnsi" w:cstheme="majorHAnsi"/>
              </w:rPr>
              <w:t>Bilim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etiği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ve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araştırma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sorumluluğu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bilincini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geliştirme</w:t>
            </w:r>
            <w:proofErr w:type="spellEnd"/>
            <w:r w:rsidRPr="003912E7">
              <w:rPr>
                <w:rFonts w:asciiTheme="majorHAnsi" w:hAnsiTheme="majorHAnsi" w:cstheme="majorHAnsi"/>
              </w:rPr>
              <w:t>.</w:t>
            </w:r>
            <w:r w:rsidRPr="003912E7">
              <w:rPr>
                <w:rFonts w:asciiTheme="majorHAnsi" w:hAnsiTheme="majorHAnsi" w:cstheme="majorHAnsi"/>
                <w:szCs w:val="18"/>
              </w:rPr>
              <w:t>)</w:t>
            </w:r>
          </w:p>
        </w:tc>
        <w:tc>
          <w:tcPr>
            <w:tcW w:w="1276" w:type="dxa"/>
            <w:vAlign w:val="center"/>
          </w:tcPr>
          <w:p w14:paraId="356EEDD6" w14:textId="77777777" w:rsidR="004A1667" w:rsidRPr="003912E7" w:rsidRDefault="004A1667" w:rsidP="004A1667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Bilim</w:t>
            </w:r>
          </w:p>
        </w:tc>
        <w:tc>
          <w:tcPr>
            <w:tcW w:w="4001" w:type="dxa"/>
            <w:vAlign w:val="center"/>
          </w:tcPr>
          <w:p w14:paraId="7BA70B2C" w14:textId="77777777" w:rsidR="004A1667" w:rsidRPr="003912E7" w:rsidRDefault="004A1667" w:rsidP="004A1667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Veri Doğru mu? Doğru ve değiştirilmiş verileri karşılaştırma</w:t>
            </w:r>
          </w:p>
        </w:tc>
        <w:tc>
          <w:tcPr>
            <w:tcW w:w="2211" w:type="dxa"/>
            <w:vAlign w:val="center"/>
          </w:tcPr>
          <w:p w14:paraId="52648E6B" w14:textId="77777777" w:rsidR="004A1667" w:rsidRPr="003912E7" w:rsidRDefault="004A1667" w:rsidP="004A1667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Objektiflik</w:t>
            </w:r>
          </w:p>
        </w:tc>
        <w:tc>
          <w:tcPr>
            <w:tcW w:w="2211" w:type="dxa"/>
            <w:vAlign w:val="center"/>
          </w:tcPr>
          <w:p w14:paraId="76B88D63" w14:textId="77777777" w:rsidR="004A1667" w:rsidRPr="003912E7" w:rsidRDefault="004A1667" w:rsidP="004A1667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Karşılaştırma formu</w:t>
            </w:r>
          </w:p>
        </w:tc>
      </w:tr>
      <w:tr w:rsidR="004A1667" w:rsidRPr="003912E7" w14:paraId="2B47229B" w14:textId="77777777" w:rsidTr="003912E7">
        <w:trPr>
          <w:cantSplit/>
        </w:trPr>
        <w:tc>
          <w:tcPr>
            <w:tcW w:w="959" w:type="dxa"/>
            <w:vAlign w:val="center"/>
          </w:tcPr>
          <w:p w14:paraId="3F7DDBBF" w14:textId="77777777" w:rsidR="004A1667" w:rsidRPr="003912E7" w:rsidRDefault="004A1667" w:rsidP="004A1667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b/>
                <w:szCs w:val="18"/>
              </w:rPr>
              <w:t>23</w:t>
            </w:r>
          </w:p>
        </w:tc>
        <w:tc>
          <w:tcPr>
            <w:tcW w:w="1559" w:type="dxa"/>
            <w:vAlign w:val="center"/>
          </w:tcPr>
          <w:p w14:paraId="5A63FEDC" w14:textId="77777777" w:rsidR="004A1667" w:rsidRPr="003912E7" w:rsidRDefault="004A1667" w:rsidP="004A1667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15.03.2027</w:t>
            </w:r>
            <w:r w:rsidRPr="003912E7">
              <w:rPr>
                <w:rFonts w:asciiTheme="majorHAnsi" w:hAnsiTheme="majorHAnsi" w:cstheme="majorHAnsi"/>
                <w:szCs w:val="18"/>
              </w:rPr>
              <w:br/>
              <w:t>19.03.2027</w:t>
            </w:r>
          </w:p>
        </w:tc>
        <w:tc>
          <w:tcPr>
            <w:tcW w:w="3260" w:type="dxa"/>
          </w:tcPr>
          <w:p w14:paraId="49351AE8" w14:textId="6F8341F2" w:rsidR="004A1667" w:rsidRPr="003912E7" w:rsidRDefault="004A1667" w:rsidP="004A1667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b/>
                <w:szCs w:val="18"/>
              </w:rPr>
              <w:t>B.1 (</w:t>
            </w:r>
            <w:proofErr w:type="spellStart"/>
            <w:r w:rsidRPr="003912E7">
              <w:rPr>
                <w:rFonts w:asciiTheme="majorHAnsi" w:hAnsiTheme="majorHAnsi" w:cstheme="majorHAnsi"/>
              </w:rPr>
              <w:t>Bilim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etiği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ve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araştırma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sorumluluğu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bilincini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geliştirme</w:t>
            </w:r>
            <w:proofErr w:type="spellEnd"/>
            <w:r w:rsidRPr="003912E7">
              <w:rPr>
                <w:rFonts w:asciiTheme="majorHAnsi" w:hAnsiTheme="majorHAnsi" w:cstheme="majorHAnsi"/>
              </w:rPr>
              <w:t>.</w:t>
            </w:r>
            <w:r w:rsidRPr="003912E7">
              <w:rPr>
                <w:rFonts w:asciiTheme="majorHAnsi" w:hAnsiTheme="majorHAnsi" w:cstheme="majorHAnsi"/>
                <w:szCs w:val="18"/>
              </w:rPr>
              <w:t>)</w:t>
            </w:r>
          </w:p>
        </w:tc>
        <w:tc>
          <w:tcPr>
            <w:tcW w:w="1276" w:type="dxa"/>
            <w:vAlign w:val="center"/>
          </w:tcPr>
          <w:p w14:paraId="15562015" w14:textId="77777777" w:rsidR="004A1667" w:rsidRPr="003912E7" w:rsidRDefault="004A1667" w:rsidP="004A1667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Bilim</w:t>
            </w:r>
          </w:p>
        </w:tc>
        <w:tc>
          <w:tcPr>
            <w:tcW w:w="4001" w:type="dxa"/>
            <w:vAlign w:val="center"/>
          </w:tcPr>
          <w:p w14:paraId="24198B64" w14:textId="77777777" w:rsidR="004A1667" w:rsidRPr="003912E7" w:rsidRDefault="004A1667" w:rsidP="004A1667">
            <w:pPr>
              <w:rPr>
                <w:rFonts w:asciiTheme="majorHAnsi" w:hAnsiTheme="majorHAnsi" w:cstheme="majorHAnsi"/>
                <w:szCs w:val="18"/>
                <w:lang w:val="nb-NO"/>
              </w:rPr>
            </w:pPr>
            <w:r w:rsidRPr="003912E7">
              <w:rPr>
                <w:rFonts w:asciiTheme="majorHAnsi" w:hAnsiTheme="majorHAnsi" w:cstheme="majorHAnsi"/>
                <w:szCs w:val="18"/>
                <w:lang w:val="nb-NO"/>
              </w:rPr>
              <w:t>Bilim etiği: veri uydurma ve çarpıtma örnekleri</w:t>
            </w:r>
          </w:p>
        </w:tc>
        <w:tc>
          <w:tcPr>
            <w:tcW w:w="2211" w:type="dxa"/>
            <w:vAlign w:val="center"/>
          </w:tcPr>
          <w:p w14:paraId="030532EE" w14:textId="77777777" w:rsidR="004A1667" w:rsidRPr="003912E7" w:rsidRDefault="004A1667" w:rsidP="004A1667">
            <w:pPr>
              <w:rPr>
                <w:rFonts w:asciiTheme="majorHAnsi" w:hAnsiTheme="majorHAnsi" w:cstheme="majorHAnsi"/>
                <w:szCs w:val="18"/>
              </w:rPr>
            </w:pP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Dürüstlük</w:t>
            </w:r>
            <w:proofErr w:type="spellEnd"/>
            <w:r w:rsidRPr="003912E7">
              <w:rPr>
                <w:rFonts w:asciiTheme="majorHAnsi" w:hAnsiTheme="majorHAnsi" w:cstheme="majorHAnsi"/>
                <w:szCs w:val="18"/>
              </w:rPr>
              <w:t xml:space="preserve">, </w:t>
            </w: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sorumluluk</w:t>
            </w:r>
            <w:proofErr w:type="spellEnd"/>
          </w:p>
        </w:tc>
        <w:tc>
          <w:tcPr>
            <w:tcW w:w="2211" w:type="dxa"/>
            <w:vAlign w:val="center"/>
          </w:tcPr>
          <w:p w14:paraId="797F7F64" w14:textId="77777777" w:rsidR="004A1667" w:rsidRPr="003912E7" w:rsidRDefault="004A1667" w:rsidP="004A1667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Etik vaka kartları</w:t>
            </w:r>
          </w:p>
        </w:tc>
      </w:tr>
      <w:tr w:rsidR="004A1667" w:rsidRPr="003912E7" w14:paraId="4C6532FB" w14:textId="77777777" w:rsidTr="003912E7">
        <w:trPr>
          <w:cantSplit/>
        </w:trPr>
        <w:tc>
          <w:tcPr>
            <w:tcW w:w="959" w:type="dxa"/>
            <w:vAlign w:val="center"/>
          </w:tcPr>
          <w:p w14:paraId="630767DA" w14:textId="77777777" w:rsidR="004A1667" w:rsidRPr="003912E7" w:rsidRDefault="004A1667" w:rsidP="004A1667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b/>
                <w:szCs w:val="18"/>
              </w:rPr>
              <w:t>24</w:t>
            </w:r>
          </w:p>
        </w:tc>
        <w:tc>
          <w:tcPr>
            <w:tcW w:w="1559" w:type="dxa"/>
            <w:vAlign w:val="center"/>
          </w:tcPr>
          <w:p w14:paraId="2E280457" w14:textId="77777777" w:rsidR="004A1667" w:rsidRPr="003912E7" w:rsidRDefault="004A1667" w:rsidP="004A1667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22.03.2027</w:t>
            </w:r>
            <w:r w:rsidRPr="003912E7">
              <w:rPr>
                <w:rFonts w:asciiTheme="majorHAnsi" w:hAnsiTheme="majorHAnsi" w:cstheme="majorHAnsi"/>
                <w:szCs w:val="18"/>
              </w:rPr>
              <w:br/>
              <w:t>26.03.2027</w:t>
            </w:r>
          </w:p>
        </w:tc>
        <w:tc>
          <w:tcPr>
            <w:tcW w:w="3260" w:type="dxa"/>
          </w:tcPr>
          <w:p w14:paraId="503B57E5" w14:textId="3F59763C" w:rsidR="004A1667" w:rsidRPr="003912E7" w:rsidRDefault="004A1667" w:rsidP="004A1667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b/>
                <w:szCs w:val="18"/>
              </w:rPr>
              <w:t>B.1 (</w:t>
            </w:r>
            <w:proofErr w:type="spellStart"/>
            <w:r w:rsidRPr="003912E7">
              <w:rPr>
                <w:rFonts w:asciiTheme="majorHAnsi" w:hAnsiTheme="majorHAnsi" w:cstheme="majorHAnsi"/>
              </w:rPr>
              <w:t>Bilim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etiği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ve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araştırma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sorumluluğu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bilincini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geliştirme</w:t>
            </w:r>
            <w:proofErr w:type="spellEnd"/>
            <w:r w:rsidRPr="003912E7">
              <w:rPr>
                <w:rFonts w:asciiTheme="majorHAnsi" w:hAnsiTheme="majorHAnsi" w:cstheme="majorHAnsi"/>
              </w:rPr>
              <w:t>.</w:t>
            </w:r>
            <w:r w:rsidRPr="003912E7">
              <w:rPr>
                <w:rFonts w:asciiTheme="majorHAnsi" w:hAnsiTheme="majorHAnsi" w:cstheme="majorHAnsi"/>
                <w:szCs w:val="18"/>
              </w:rPr>
              <w:t>)</w:t>
            </w:r>
          </w:p>
        </w:tc>
        <w:tc>
          <w:tcPr>
            <w:tcW w:w="1276" w:type="dxa"/>
            <w:vAlign w:val="center"/>
          </w:tcPr>
          <w:p w14:paraId="0FA7C150" w14:textId="77777777" w:rsidR="004A1667" w:rsidRPr="003912E7" w:rsidRDefault="004A1667" w:rsidP="004A1667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Bilim</w:t>
            </w:r>
          </w:p>
        </w:tc>
        <w:tc>
          <w:tcPr>
            <w:tcW w:w="4001" w:type="dxa"/>
            <w:vAlign w:val="center"/>
          </w:tcPr>
          <w:p w14:paraId="31AFDABA" w14:textId="77777777" w:rsidR="004A1667" w:rsidRPr="003912E7" w:rsidRDefault="004A1667" w:rsidP="004A1667">
            <w:pPr>
              <w:rPr>
                <w:rFonts w:asciiTheme="majorHAnsi" w:hAnsiTheme="majorHAnsi" w:cstheme="majorHAnsi"/>
                <w:szCs w:val="18"/>
                <w:lang w:val="nb-NO"/>
              </w:rPr>
            </w:pPr>
            <w:r w:rsidRPr="003912E7">
              <w:rPr>
                <w:rFonts w:asciiTheme="majorHAnsi" w:hAnsiTheme="majorHAnsi" w:cstheme="majorHAnsi"/>
                <w:szCs w:val="18"/>
                <w:lang w:val="nb-NO"/>
              </w:rPr>
              <w:t>Gerekçelendiriyorum: etik ikilemlerde karar verme</w:t>
            </w:r>
          </w:p>
        </w:tc>
        <w:tc>
          <w:tcPr>
            <w:tcW w:w="2211" w:type="dxa"/>
            <w:vAlign w:val="center"/>
          </w:tcPr>
          <w:p w14:paraId="4266E20B" w14:textId="77777777" w:rsidR="004A1667" w:rsidRPr="003912E7" w:rsidRDefault="004A1667" w:rsidP="004A1667">
            <w:pPr>
              <w:rPr>
                <w:rFonts w:asciiTheme="majorHAnsi" w:hAnsiTheme="majorHAnsi" w:cstheme="majorHAnsi"/>
                <w:szCs w:val="18"/>
              </w:rPr>
            </w:pP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Eleştirel</w:t>
            </w:r>
            <w:proofErr w:type="spellEnd"/>
            <w:r w:rsidRPr="003912E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yaklaşım</w:t>
            </w:r>
            <w:proofErr w:type="spellEnd"/>
          </w:p>
        </w:tc>
        <w:tc>
          <w:tcPr>
            <w:tcW w:w="2211" w:type="dxa"/>
            <w:vAlign w:val="center"/>
          </w:tcPr>
          <w:p w14:paraId="7FFA9CFB" w14:textId="77777777" w:rsidR="004A1667" w:rsidRPr="003912E7" w:rsidRDefault="004A1667" w:rsidP="004A1667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Gerekçeli karar</w:t>
            </w:r>
          </w:p>
        </w:tc>
      </w:tr>
      <w:tr w:rsidR="004A1667" w:rsidRPr="003912E7" w14:paraId="0237C561" w14:textId="77777777" w:rsidTr="003912E7">
        <w:trPr>
          <w:cantSplit/>
        </w:trPr>
        <w:tc>
          <w:tcPr>
            <w:tcW w:w="959" w:type="dxa"/>
            <w:vAlign w:val="center"/>
          </w:tcPr>
          <w:p w14:paraId="6161B34E" w14:textId="77777777" w:rsidR="004A1667" w:rsidRPr="003912E7" w:rsidRDefault="004A1667" w:rsidP="004A1667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b/>
                <w:szCs w:val="18"/>
              </w:rPr>
              <w:t>25</w:t>
            </w:r>
          </w:p>
        </w:tc>
        <w:tc>
          <w:tcPr>
            <w:tcW w:w="1559" w:type="dxa"/>
            <w:vAlign w:val="center"/>
          </w:tcPr>
          <w:p w14:paraId="7C28954B" w14:textId="77777777" w:rsidR="004A1667" w:rsidRPr="003912E7" w:rsidRDefault="004A1667" w:rsidP="004A1667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29.03.2027</w:t>
            </w:r>
            <w:r w:rsidRPr="003912E7">
              <w:rPr>
                <w:rFonts w:asciiTheme="majorHAnsi" w:hAnsiTheme="majorHAnsi" w:cstheme="majorHAnsi"/>
                <w:szCs w:val="18"/>
              </w:rPr>
              <w:br/>
              <w:t>02.04.2027</w:t>
            </w:r>
          </w:p>
        </w:tc>
        <w:tc>
          <w:tcPr>
            <w:tcW w:w="3260" w:type="dxa"/>
          </w:tcPr>
          <w:p w14:paraId="3BF455E8" w14:textId="046B139B" w:rsidR="004A1667" w:rsidRPr="003912E7" w:rsidRDefault="004A1667" w:rsidP="004A1667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b/>
                <w:szCs w:val="18"/>
              </w:rPr>
              <w:t>B.1 (</w:t>
            </w:r>
            <w:proofErr w:type="spellStart"/>
            <w:r w:rsidRPr="003912E7">
              <w:rPr>
                <w:rFonts w:asciiTheme="majorHAnsi" w:hAnsiTheme="majorHAnsi" w:cstheme="majorHAnsi"/>
              </w:rPr>
              <w:t>Bilim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etiği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ve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araştırma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sorumluluğu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bilincini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geliştirme</w:t>
            </w:r>
            <w:proofErr w:type="spellEnd"/>
            <w:r w:rsidRPr="003912E7">
              <w:rPr>
                <w:rFonts w:asciiTheme="majorHAnsi" w:hAnsiTheme="majorHAnsi" w:cstheme="majorHAnsi"/>
              </w:rPr>
              <w:t>.</w:t>
            </w:r>
            <w:r w:rsidRPr="003912E7">
              <w:rPr>
                <w:rFonts w:asciiTheme="majorHAnsi" w:hAnsiTheme="majorHAnsi" w:cstheme="majorHAnsi"/>
                <w:szCs w:val="18"/>
              </w:rPr>
              <w:t>)</w:t>
            </w:r>
          </w:p>
        </w:tc>
        <w:tc>
          <w:tcPr>
            <w:tcW w:w="1276" w:type="dxa"/>
            <w:vAlign w:val="center"/>
          </w:tcPr>
          <w:p w14:paraId="27908245" w14:textId="77777777" w:rsidR="004A1667" w:rsidRPr="003912E7" w:rsidRDefault="004A1667" w:rsidP="004A1667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Bilim</w:t>
            </w:r>
          </w:p>
        </w:tc>
        <w:tc>
          <w:tcPr>
            <w:tcW w:w="4001" w:type="dxa"/>
            <w:vAlign w:val="center"/>
          </w:tcPr>
          <w:p w14:paraId="6DE25480" w14:textId="77777777" w:rsidR="004A1667" w:rsidRPr="003912E7" w:rsidRDefault="004A1667" w:rsidP="004A1667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Birûnî ve İbn Sînâ örnekleriyle bilimsel sorumluluk</w:t>
            </w:r>
          </w:p>
        </w:tc>
        <w:tc>
          <w:tcPr>
            <w:tcW w:w="2211" w:type="dxa"/>
            <w:vAlign w:val="center"/>
          </w:tcPr>
          <w:p w14:paraId="1ED09EA0" w14:textId="77777777" w:rsidR="004A1667" w:rsidRPr="003912E7" w:rsidRDefault="004A1667" w:rsidP="004A1667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Bilim insanı ahlakı</w:t>
            </w:r>
          </w:p>
        </w:tc>
        <w:tc>
          <w:tcPr>
            <w:tcW w:w="2211" w:type="dxa"/>
            <w:vAlign w:val="center"/>
          </w:tcPr>
          <w:p w14:paraId="446217CC" w14:textId="77777777" w:rsidR="004A1667" w:rsidRPr="003912E7" w:rsidRDefault="004A1667" w:rsidP="004A1667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Araştırma posteri</w:t>
            </w:r>
          </w:p>
        </w:tc>
      </w:tr>
      <w:tr w:rsidR="004A1667" w:rsidRPr="003912E7" w14:paraId="4D7A4DC5" w14:textId="77777777" w:rsidTr="003912E7">
        <w:trPr>
          <w:cantSplit/>
        </w:trPr>
        <w:tc>
          <w:tcPr>
            <w:tcW w:w="959" w:type="dxa"/>
            <w:vAlign w:val="center"/>
          </w:tcPr>
          <w:p w14:paraId="309BCCAB" w14:textId="77777777" w:rsidR="004A1667" w:rsidRPr="003912E7" w:rsidRDefault="004A1667" w:rsidP="004A1667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b/>
                <w:szCs w:val="18"/>
              </w:rPr>
              <w:t>26</w:t>
            </w:r>
          </w:p>
        </w:tc>
        <w:tc>
          <w:tcPr>
            <w:tcW w:w="1559" w:type="dxa"/>
            <w:vAlign w:val="center"/>
          </w:tcPr>
          <w:p w14:paraId="640778F7" w14:textId="77777777" w:rsidR="004A1667" w:rsidRPr="003912E7" w:rsidRDefault="004A1667" w:rsidP="004A1667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05.04.2027</w:t>
            </w:r>
            <w:r w:rsidRPr="003912E7">
              <w:rPr>
                <w:rFonts w:asciiTheme="majorHAnsi" w:hAnsiTheme="majorHAnsi" w:cstheme="majorHAnsi"/>
                <w:szCs w:val="18"/>
              </w:rPr>
              <w:br/>
              <w:t>09.04.2027</w:t>
            </w:r>
          </w:p>
        </w:tc>
        <w:tc>
          <w:tcPr>
            <w:tcW w:w="3260" w:type="dxa"/>
          </w:tcPr>
          <w:p w14:paraId="0DB87918" w14:textId="7D3FE30B" w:rsidR="004A1667" w:rsidRPr="003912E7" w:rsidRDefault="004A1667" w:rsidP="004A1667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b/>
                <w:szCs w:val="18"/>
              </w:rPr>
              <w:t>B.1 (</w:t>
            </w:r>
            <w:proofErr w:type="spellStart"/>
            <w:r w:rsidRPr="003912E7">
              <w:rPr>
                <w:rFonts w:asciiTheme="majorHAnsi" w:hAnsiTheme="majorHAnsi" w:cstheme="majorHAnsi"/>
              </w:rPr>
              <w:t>Bilim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etiği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ve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araştırma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sorumluluğu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bilincini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geliştirme</w:t>
            </w:r>
            <w:proofErr w:type="spellEnd"/>
            <w:r w:rsidRPr="003912E7">
              <w:rPr>
                <w:rFonts w:asciiTheme="majorHAnsi" w:hAnsiTheme="majorHAnsi" w:cstheme="majorHAnsi"/>
              </w:rPr>
              <w:t>.</w:t>
            </w:r>
            <w:r w:rsidRPr="003912E7">
              <w:rPr>
                <w:rFonts w:asciiTheme="majorHAnsi" w:hAnsiTheme="majorHAnsi" w:cstheme="majorHAnsi"/>
                <w:szCs w:val="18"/>
              </w:rPr>
              <w:t>)</w:t>
            </w:r>
          </w:p>
        </w:tc>
        <w:tc>
          <w:tcPr>
            <w:tcW w:w="1276" w:type="dxa"/>
            <w:vAlign w:val="center"/>
          </w:tcPr>
          <w:p w14:paraId="790A4DA1" w14:textId="77777777" w:rsidR="004A1667" w:rsidRPr="003912E7" w:rsidRDefault="004A1667" w:rsidP="004A1667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Bilim</w:t>
            </w:r>
          </w:p>
        </w:tc>
        <w:tc>
          <w:tcPr>
            <w:tcW w:w="4001" w:type="dxa"/>
            <w:vAlign w:val="center"/>
          </w:tcPr>
          <w:p w14:paraId="1B51175F" w14:textId="77777777" w:rsidR="004A1667" w:rsidRPr="003912E7" w:rsidRDefault="004A1667" w:rsidP="004A1667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Akademik dürüstlük: alıntı, kaynakça ve emeğe saygı</w:t>
            </w:r>
          </w:p>
        </w:tc>
        <w:tc>
          <w:tcPr>
            <w:tcW w:w="2211" w:type="dxa"/>
            <w:vAlign w:val="center"/>
          </w:tcPr>
          <w:p w14:paraId="10FA50FC" w14:textId="77777777" w:rsidR="004A1667" w:rsidRPr="003912E7" w:rsidRDefault="004A1667" w:rsidP="004A1667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Akademik dürüstlük</w:t>
            </w:r>
          </w:p>
        </w:tc>
        <w:tc>
          <w:tcPr>
            <w:tcW w:w="2211" w:type="dxa"/>
            <w:vAlign w:val="center"/>
          </w:tcPr>
          <w:p w14:paraId="6E01933C" w14:textId="77777777" w:rsidR="004A1667" w:rsidRPr="003912E7" w:rsidRDefault="004A1667" w:rsidP="004A1667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Kaynakça uygulaması</w:t>
            </w:r>
          </w:p>
        </w:tc>
      </w:tr>
      <w:tr w:rsidR="004A1667" w:rsidRPr="003912E7" w14:paraId="54CDB105" w14:textId="77777777" w:rsidTr="003912E7">
        <w:trPr>
          <w:cantSplit/>
        </w:trPr>
        <w:tc>
          <w:tcPr>
            <w:tcW w:w="959" w:type="dxa"/>
            <w:vAlign w:val="center"/>
          </w:tcPr>
          <w:p w14:paraId="68066AD6" w14:textId="77777777" w:rsidR="004A1667" w:rsidRPr="003912E7" w:rsidRDefault="004A1667" w:rsidP="004A1667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b/>
                <w:szCs w:val="18"/>
              </w:rPr>
              <w:t>27</w:t>
            </w:r>
          </w:p>
        </w:tc>
        <w:tc>
          <w:tcPr>
            <w:tcW w:w="1559" w:type="dxa"/>
            <w:vAlign w:val="center"/>
          </w:tcPr>
          <w:p w14:paraId="593D7FA3" w14:textId="77777777" w:rsidR="004A1667" w:rsidRPr="003912E7" w:rsidRDefault="004A1667" w:rsidP="004A1667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12.04.2027</w:t>
            </w:r>
            <w:r w:rsidRPr="003912E7">
              <w:rPr>
                <w:rFonts w:asciiTheme="majorHAnsi" w:hAnsiTheme="majorHAnsi" w:cstheme="majorHAnsi"/>
                <w:szCs w:val="18"/>
              </w:rPr>
              <w:br/>
              <w:t>16.04.2027</w:t>
            </w:r>
          </w:p>
        </w:tc>
        <w:tc>
          <w:tcPr>
            <w:tcW w:w="3260" w:type="dxa"/>
          </w:tcPr>
          <w:p w14:paraId="27567FA3" w14:textId="7A49A52A" w:rsidR="004A1667" w:rsidRPr="003912E7" w:rsidRDefault="004A1667" w:rsidP="004A1667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b/>
                <w:szCs w:val="18"/>
              </w:rPr>
              <w:t>B.1 (</w:t>
            </w:r>
            <w:proofErr w:type="spellStart"/>
            <w:r w:rsidRPr="003912E7">
              <w:rPr>
                <w:rFonts w:asciiTheme="majorHAnsi" w:hAnsiTheme="majorHAnsi" w:cstheme="majorHAnsi"/>
              </w:rPr>
              <w:t>Bilim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etiği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ve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araştırma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sorumluluğu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bilincini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geliştirme</w:t>
            </w:r>
            <w:proofErr w:type="spellEnd"/>
            <w:r w:rsidRPr="003912E7">
              <w:rPr>
                <w:rFonts w:asciiTheme="majorHAnsi" w:hAnsiTheme="majorHAnsi" w:cstheme="majorHAnsi"/>
              </w:rPr>
              <w:t>.</w:t>
            </w:r>
            <w:r w:rsidRPr="003912E7">
              <w:rPr>
                <w:rFonts w:asciiTheme="majorHAnsi" w:hAnsiTheme="majorHAnsi" w:cstheme="majorHAnsi"/>
                <w:szCs w:val="18"/>
              </w:rPr>
              <w:t>)</w:t>
            </w:r>
          </w:p>
        </w:tc>
        <w:tc>
          <w:tcPr>
            <w:tcW w:w="1276" w:type="dxa"/>
            <w:vAlign w:val="center"/>
          </w:tcPr>
          <w:p w14:paraId="3C6B4783" w14:textId="77777777" w:rsidR="004A1667" w:rsidRPr="003912E7" w:rsidRDefault="004A1667" w:rsidP="004A1667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Bilim</w:t>
            </w:r>
          </w:p>
        </w:tc>
        <w:tc>
          <w:tcPr>
            <w:tcW w:w="4001" w:type="dxa"/>
            <w:vAlign w:val="center"/>
          </w:tcPr>
          <w:p w14:paraId="7AA34860" w14:textId="77777777" w:rsidR="004A1667" w:rsidRPr="003912E7" w:rsidRDefault="004A1667" w:rsidP="004A1667">
            <w:pPr>
              <w:rPr>
                <w:rFonts w:asciiTheme="majorHAnsi" w:hAnsiTheme="majorHAnsi" w:cstheme="majorHAnsi"/>
                <w:szCs w:val="18"/>
                <w:lang w:val="nb-NO"/>
              </w:rPr>
            </w:pPr>
            <w:r w:rsidRPr="003912E7">
              <w:rPr>
                <w:rFonts w:asciiTheme="majorHAnsi" w:hAnsiTheme="majorHAnsi" w:cstheme="majorHAnsi"/>
                <w:szCs w:val="18"/>
                <w:lang w:val="nb-NO"/>
              </w:rPr>
              <w:t>Yanlış bilgi ve bilimsel iddia: iddia-kaynak-kanıt kontrolü</w:t>
            </w:r>
          </w:p>
        </w:tc>
        <w:tc>
          <w:tcPr>
            <w:tcW w:w="2211" w:type="dxa"/>
            <w:vAlign w:val="center"/>
          </w:tcPr>
          <w:p w14:paraId="651C7845" w14:textId="77777777" w:rsidR="004A1667" w:rsidRPr="003912E7" w:rsidRDefault="004A1667" w:rsidP="004A1667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 xml:space="preserve">Bilgi </w:t>
            </w: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okuryazarlığı</w:t>
            </w:r>
            <w:proofErr w:type="spellEnd"/>
          </w:p>
        </w:tc>
        <w:tc>
          <w:tcPr>
            <w:tcW w:w="2211" w:type="dxa"/>
            <w:vAlign w:val="center"/>
          </w:tcPr>
          <w:p w14:paraId="103ED067" w14:textId="77777777" w:rsidR="004A1667" w:rsidRPr="003912E7" w:rsidRDefault="004A1667" w:rsidP="004A1667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Doğrulama listesi</w:t>
            </w:r>
          </w:p>
        </w:tc>
      </w:tr>
      <w:tr w:rsidR="00AB0CB7" w:rsidRPr="003912E7" w14:paraId="6484E4DD" w14:textId="77777777" w:rsidTr="003912E7">
        <w:trPr>
          <w:cantSplit/>
        </w:trPr>
        <w:tc>
          <w:tcPr>
            <w:tcW w:w="959" w:type="dxa"/>
            <w:vAlign w:val="center"/>
          </w:tcPr>
          <w:p w14:paraId="720CF018" w14:textId="77777777" w:rsidR="00AB0CB7" w:rsidRPr="003912E7" w:rsidRDefault="00AB0CB7" w:rsidP="00AB0CB7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b/>
                <w:szCs w:val="18"/>
              </w:rPr>
              <w:t>28</w:t>
            </w:r>
          </w:p>
        </w:tc>
        <w:tc>
          <w:tcPr>
            <w:tcW w:w="1559" w:type="dxa"/>
            <w:vAlign w:val="center"/>
          </w:tcPr>
          <w:p w14:paraId="7563BC68" w14:textId="77777777" w:rsidR="00AB0CB7" w:rsidRPr="003912E7" w:rsidRDefault="00AB0CB7" w:rsidP="00AB0CB7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19.04.2027</w:t>
            </w:r>
            <w:r w:rsidRPr="003912E7">
              <w:rPr>
                <w:rFonts w:asciiTheme="majorHAnsi" w:hAnsiTheme="majorHAnsi" w:cstheme="majorHAnsi"/>
                <w:szCs w:val="18"/>
              </w:rPr>
              <w:br/>
              <w:t>23.04.2027</w:t>
            </w:r>
            <w:r w:rsidRPr="003912E7">
              <w:rPr>
                <w:rFonts w:asciiTheme="majorHAnsi" w:hAnsiTheme="majorHAnsi" w:cstheme="majorHAnsi"/>
                <w:szCs w:val="18"/>
              </w:rPr>
              <w:br/>
              <w:t>(23 Nisan resmî tatil)</w:t>
            </w:r>
          </w:p>
        </w:tc>
        <w:tc>
          <w:tcPr>
            <w:tcW w:w="3260" w:type="dxa"/>
          </w:tcPr>
          <w:p w14:paraId="0E3FCD02" w14:textId="3C4EC6CC" w:rsidR="00AB0CB7" w:rsidRPr="003912E7" w:rsidRDefault="00AB0CB7" w:rsidP="00AB0CB7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b/>
                <w:szCs w:val="18"/>
              </w:rPr>
              <w:t>B.3 (</w:t>
            </w:r>
            <w:proofErr w:type="spellStart"/>
            <w:r w:rsidRPr="003912E7">
              <w:rPr>
                <w:rFonts w:asciiTheme="majorHAnsi" w:hAnsiTheme="majorHAnsi" w:cstheme="majorHAnsi"/>
              </w:rPr>
              <w:t>Harezmi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Eğitim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Modeli </w:t>
            </w:r>
            <w:proofErr w:type="spellStart"/>
            <w:r w:rsidRPr="003912E7">
              <w:rPr>
                <w:rFonts w:asciiTheme="majorHAnsi" w:hAnsiTheme="majorHAnsi" w:cstheme="majorHAnsi"/>
              </w:rPr>
              <w:t>ile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çok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boyutlu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düşünme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becerilerini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destekleme</w:t>
            </w:r>
            <w:proofErr w:type="spellEnd"/>
            <w:r w:rsidRPr="003912E7">
              <w:rPr>
                <w:rFonts w:asciiTheme="majorHAnsi" w:hAnsiTheme="majorHAnsi" w:cstheme="majorHAnsi"/>
              </w:rPr>
              <w:t>.</w:t>
            </w:r>
            <w:r w:rsidRPr="003912E7">
              <w:rPr>
                <w:rFonts w:asciiTheme="majorHAnsi" w:hAnsiTheme="majorHAnsi" w:cstheme="majorHAnsi"/>
                <w:szCs w:val="18"/>
              </w:rPr>
              <w:t xml:space="preserve"> )</w:t>
            </w:r>
          </w:p>
        </w:tc>
        <w:tc>
          <w:tcPr>
            <w:tcW w:w="1276" w:type="dxa"/>
            <w:vAlign w:val="center"/>
          </w:tcPr>
          <w:p w14:paraId="40A87681" w14:textId="77777777" w:rsidR="00AB0CB7" w:rsidRPr="003912E7" w:rsidRDefault="00AB0CB7" w:rsidP="00AB0CB7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Bilim</w:t>
            </w:r>
          </w:p>
        </w:tc>
        <w:tc>
          <w:tcPr>
            <w:tcW w:w="4001" w:type="dxa"/>
            <w:vAlign w:val="center"/>
          </w:tcPr>
          <w:p w14:paraId="19D71639" w14:textId="77777777" w:rsidR="00AB0CB7" w:rsidRPr="003912E7" w:rsidRDefault="00AB0CB7" w:rsidP="00AB0CB7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Harezmi yaklaşımı: gerçek yaşam problemini farklı disiplinlerle inceleme</w:t>
            </w:r>
          </w:p>
        </w:tc>
        <w:tc>
          <w:tcPr>
            <w:tcW w:w="2211" w:type="dxa"/>
            <w:vAlign w:val="center"/>
          </w:tcPr>
          <w:p w14:paraId="6B7C36A3" w14:textId="77777777" w:rsidR="00AB0CB7" w:rsidRPr="003912E7" w:rsidRDefault="00AB0CB7" w:rsidP="00AB0CB7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Çok boyutlu düşünme</w:t>
            </w:r>
          </w:p>
        </w:tc>
        <w:tc>
          <w:tcPr>
            <w:tcW w:w="2211" w:type="dxa"/>
            <w:vAlign w:val="center"/>
          </w:tcPr>
          <w:p w14:paraId="1748F252" w14:textId="77777777" w:rsidR="00AB0CB7" w:rsidRPr="003912E7" w:rsidRDefault="00AB0CB7" w:rsidP="00AB0CB7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Problem haritası</w:t>
            </w:r>
          </w:p>
        </w:tc>
      </w:tr>
      <w:tr w:rsidR="00AB0CB7" w:rsidRPr="003912E7" w14:paraId="5FCBBC9A" w14:textId="77777777" w:rsidTr="003912E7">
        <w:trPr>
          <w:cantSplit/>
        </w:trPr>
        <w:tc>
          <w:tcPr>
            <w:tcW w:w="959" w:type="dxa"/>
            <w:vAlign w:val="center"/>
          </w:tcPr>
          <w:p w14:paraId="594CF183" w14:textId="77777777" w:rsidR="00AB0CB7" w:rsidRPr="003912E7" w:rsidRDefault="00AB0CB7" w:rsidP="00AB0CB7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b/>
                <w:szCs w:val="18"/>
              </w:rPr>
              <w:t>29</w:t>
            </w:r>
          </w:p>
        </w:tc>
        <w:tc>
          <w:tcPr>
            <w:tcW w:w="1559" w:type="dxa"/>
            <w:vAlign w:val="center"/>
          </w:tcPr>
          <w:p w14:paraId="77DA18C3" w14:textId="77777777" w:rsidR="00AB0CB7" w:rsidRPr="003912E7" w:rsidRDefault="00AB0CB7" w:rsidP="00AB0CB7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26.04.2027</w:t>
            </w:r>
            <w:r w:rsidRPr="003912E7">
              <w:rPr>
                <w:rFonts w:asciiTheme="majorHAnsi" w:hAnsiTheme="majorHAnsi" w:cstheme="majorHAnsi"/>
                <w:szCs w:val="18"/>
              </w:rPr>
              <w:br/>
              <w:t>30.04.2027</w:t>
            </w:r>
          </w:p>
        </w:tc>
        <w:tc>
          <w:tcPr>
            <w:tcW w:w="3260" w:type="dxa"/>
          </w:tcPr>
          <w:p w14:paraId="04F4D972" w14:textId="289888AD" w:rsidR="00AB0CB7" w:rsidRPr="003912E7" w:rsidRDefault="00AB0CB7" w:rsidP="00AB0CB7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b/>
                <w:szCs w:val="18"/>
              </w:rPr>
              <w:t>B.3 (</w:t>
            </w:r>
            <w:proofErr w:type="spellStart"/>
            <w:r w:rsidRPr="003912E7">
              <w:rPr>
                <w:rFonts w:asciiTheme="majorHAnsi" w:hAnsiTheme="majorHAnsi" w:cstheme="majorHAnsi"/>
              </w:rPr>
              <w:t>Harezmi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Eğitim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Modeli </w:t>
            </w:r>
            <w:proofErr w:type="spellStart"/>
            <w:r w:rsidRPr="003912E7">
              <w:rPr>
                <w:rFonts w:asciiTheme="majorHAnsi" w:hAnsiTheme="majorHAnsi" w:cstheme="majorHAnsi"/>
              </w:rPr>
              <w:t>ile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çok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boyutlu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düşünme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becerilerini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destekleme</w:t>
            </w:r>
            <w:proofErr w:type="spellEnd"/>
            <w:r w:rsidRPr="003912E7">
              <w:rPr>
                <w:rFonts w:asciiTheme="majorHAnsi" w:hAnsiTheme="majorHAnsi" w:cstheme="majorHAnsi"/>
              </w:rPr>
              <w:t>.</w:t>
            </w:r>
            <w:r w:rsidRPr="003912E7">
              <w:rPr>
                <w:rFonts w:asciiTheme="majorHAnsi" w:hAnsiTheme="majorHAnsi" w:cstheme="majorHAnsi"/>
                <w:szCs w:val="18"/>
              </w:rPr>
              <w:t xml:space="preserve"> )</w:t>
            </w:r>
          </w:p>
        </w:tc>
        <w:tc>
          <w:tcPr>
            <w:tcW w:w="1276" w:type="dxa"/>
            <w:vAlign w:val="center"/>
          </w:tcPr>
          <w:p w14:paraId="40468D68" w14:textId="77777777" w:rsidR="00AB0CB7" w:rsidRPr="003912E7" w:rsidRDefault="00AB0CB7" w:rsidP="00AB0CB7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Bilim</w:t>
            </w:r>
          </w:p>
        </w:tc>
        <w:tc>
          <w:tcPr>
            <w:tcW w:w="4001" w:type="dxa"/>
            <w:vAlign w:val="center"/>
          </w:tcPr>
          <w:p w14:paraId="6DABA1F3" w14:textId="77777777" w:rsidR="00AB0CB7" w:rsidRPr="003912E7" w:rsidRDefault="00AB0CB7" w:rsidP="00AB0CB7">
            <w:pPr>
              <w:rPr>
                <w:rFonts w:asciiTheme="majorHAnsi" w:hAnsiTheme="majorHAnsi" w:cstheme="majorHAnsi"/>
                <w:szCs w:val="18"/>
                <w:lang w:val="nb-NO"/>
              </w:rPr>
            </w:pPr>
            <w:r w:rsidRPr="003912E7">
              <w:rPr>
                <w:rFonts w:asciiTheme="majorHAnsi" w:hAnsiTheme="majorHAnsi" w:cstheme="majorHAnsi"/>
                <w:szCs w:val="18"/>
                <w:lang w:val="nb-NO"/>
              </w:rPr>
              <w:t>Okulda plastik atık, enerji, su veya doğal alan probleminden birini seçme</w:t>
            </w:r>
          </w:p>
        </w:tc>
        <w:tc>
          <w:tcPr>
            <w:tcW w:w="2211" w:type="dxa"/>
            <w:vAlign w:val="center"/>
          </w:tcPr>
          <w:p w14:paraId="6C70D8F1" w14:textId="77777777" w:rsidR="00AB0CB7" w:rsidRPr="003912E7" w:rsidRDefault="00AB0CB7" w:rsidP="00AB0CB7">
            <w:pPr>
              <w:rPr>
                <w:rFonts w:asciiTheme="majorHAnsi" w:hAnsiTheme="majorHAnsi" w:cstheme="majorHAnsi"/>
                <w:szCs w:val="18"/>
              </w:rPr>
            </w:pP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Toplumsal</w:t>
            </w:r>
            <w:proofErr w:type="spellEnd"/>
            <w:r w:rsidRPr="003912E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fayda</w:t>
            </w:r>
            <w:proofErr w:type="spellEnd"/>
          </w:p>
        </w:tc>
        <w:tc>
          <w:tcPr>
            <w:tcW w:w="2211" w:type="dxa"/>
            <w:vAlign w:val="center"/>
          </w:tcPr>
          <w:p w14:paraId="403F8485" w14:textId="77777777" w:rsidR="00AB0CB7" w:rsidRPr="003912E7" w:rsidRDefault="00AB0CB7" w:rsidP="00AB0CB7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Problem tanımı</w:t>
            </w:r>
          </w:p>
        </w:tc>
      </w:tr>
      <w:tr w:rsidR="00AB0CB7" w:rsidRPr="003912E7" w14:paraId="68033C5E" w14:textId="77777777" w:rsidTr="003912E7">
        <w:trPr>
          <w:cantSplit/>
        </w:trPr>
        <w:tc>
          <w:tcPr>
            <w:tcW w:w="959" w:type="dxa"/>
            <w:vAlign w:val="center"/>
          </w:tcPr>
          <w:p w14:paraId="260F5B6E" w14:textId="77777777" w:rsidR="00AB0CB7" w:rsidRPr="003912E7" w:rsidRDefault="00AB0CB7" w:rsidP="00AB0CB7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b/>
                <w:szCs w:val="18"/>
              </w:rPr>
              <w:t>30</w:t>
            </w:r>
          </w:p>
        </w:tc>
        <w:tc>
          <w:tcPr>
            <w:tcW w:w="1559" w:type="dxa"/>
            <w:vAlign w:val="center"/>
          </w:tcPr>
          <w:p w14:paraId="36334BA0" w14:textId="77777777" w:rsidR="00AB0CB7" w:rsidRPr="003912E7" w:rsidRDefault="00AB0CB7" w:rsidP="00AB0CB7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03.05.2027</w:t>
            </w:r>
            <w:r w:rsidRPr="003912E7">
              <w:rPr>
                <w:rFonts w:asciiTheme="majorHAnsi" w:hAnsiTheme="majorHAnsi" w:cstheme="majorHAnsi"/>
                <w:szCs w:val="18"/>
              </w:rPr>
              <w:br/>
              <w:t>07.05.2027</w:t>
            </w:r>
          </w:p>
        </w:tc>
        <w:tc>
          <w:tcPr>
            <w:tcW w:w="3260" w:type="dxa"/>
          </w:tcPr>
          <w:p w14:paraId="68E90999" w14:textId="28B2E253" w:rsidR="00AB0CB7" w:rsidRPr="003912E7" w:rsidRDefault="00AB0CB7" w:rsidP="00AB0CB7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b/>
                <w:szCs w:val="18"/>
              </w:rPr>
              <w:t>B.3 (</w:t>
            </w:r>
            <w:proofErr w:type="spellStart"/>
            <w:r w:rsidRPr="003912E7">
              <w:rPr>
                <w:rFonts w:asciiTheme="majorHAnsi" w:hAnsiTheme="majorHAnsi" w:cstheme="majorHAnsi"/>
              </w:rPr>
              <w:t>Harezmi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Eğitim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Modeli </w:t>
            </w:r>
            <w:proofErr w:type="spellStart"/>
            <w:r w:rsidRPr="003912E7">
              <w:rPr>
                <w:rFonts w:asciiTheme="majorHAnsi" w:hAnsiTheme="majorHAnsi" w:cstheme="majorHAnsi"/>
              </w:rPr>
              <w:t>ile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çok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boyutlu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düşünme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becerilerini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destekleme</w:t>
            </w:r>
            <w:proofErr w:type="spellEnd"/>
            <w:r w:rsidRPr="003912E7">
              <w:rPr>
                <w:rFonts w:asciiTheme="majorHAnsi" w:hAnsiTheme="majorHAnsi" w:cstheme="majorHAnsi"/>
              </w:rPr>
              <w:t>.</w:t>
            </w:r>
            <w:r w:rsidRPr="003912E7">
              <w:rPr>
                <w:rFonts w:asciiTheme="majorHAnsi" w:hAnsiTheme="majorHAnsi" w:cstheme="majorHAnsi"/>
                <w:szCs w:val="18"/>
              </w:rPr>
              <w:t xml:space="preserve"> )</w:t>
            </w:r>
          </w:p>
        </w:tc>
        <w:tc>
          <w:tcPr>
            <w:tcW w:w="1276" w:type="dxa"/>
            <w:vAlign w:val="center"/>
          </w:tcPr>
          <w:p w14:paraId="4F220F91" w14:textId="77777777" w:rsidR="00AB0CB7" w:rsidRPr="003912E7" w:rsidRDefault="00AB0CB7" w:rsidP="00AB0CB7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Bilim</w:t>
            </w:r>
          </w:p>
        </w:tc>
        <w:tc>
          <w:tcPr>
            <w:tcW w:w="4001" w:type="dxa"/>
            <w:vAlign w:val="center"/>
          </w:tcPr>
          <w:p w14:paraId="68BC1779" w14:textId="77777777" w:rsidR="00AB0CB7" w:rsidRPr="003912E7" w:rsidRDefault="00AB0CB7" w:rsidP="00AB0CB7">
            <w:pPr>
              <w:rPr>
                <w:rFonts w:asciiTheme="majorHAnsi" w:hAnsiTheme="majorHAnsi" w:cstheme="majorHAnsi"/>
                <w:szCs w:val="18"/>
                <w:lang w:val="nb-NO"/>
              </w:rPr>
            </w:pPr>
            <w:r w:rsidRPr="003912E7">
              <w:rPr>
                <w:rFonts w:asciiTheme="majorHAnsi" w:hAnsiTheme="majorHAnsi" w:cstheme="majorHAnsi"/>
                <w:szCs w:val="18"/>
                <w:lang w:val="nb-NO"/>
              </w:rPr>
              <w:t>İstasyon çalışması: fen, matematik, teknoloji ve sosyal etki</w:t>
            </w:r>
          </w:p>
        </w:tc>
        <w:tc>
          <w:tcPr>
            <w:tcW w:w="2211" w:type="dxa"/>
            <w:vAlign w:val="center"/>
          </w:tcPr>
          <w:p w14:paraId="12DD6915" w14:textId="77777777" w:rsidR="00AB0CB7" w:rsidRPr="003912E7" w:rsidRDefault="00AB0CB7" w:rsidP="00AB0CB7">
            <w:pPr>
              <w:rPr>
                <w:rFonts w:asciiTheme="majorHAnsi" w:hAnsiTheme="majorHAnsi" w:cstheme="majorHAnsi"/>
                <w:szCs w:val="18"/>
              </w:rPr>
            </w:pP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Disiplinler</w:t>
            </w:r>
            <w:proofErr w:type="spellEnd"/>
            <w:r w:rsidRPr="003912E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arası</w:t>
            </w:r>
            <w:proofErr w:type="spellEnd"/>
            <w:r w:rsidRPr="003912E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yaklaşım</w:t>
            </w:r>
            <w:proofErr w:type="spellEnd"/>
          </w:p>
        </w:tc>
        <w:tc>
          <w:tcPr>
            <w:tcW w:w="2211" w:type="dxa"/>
            <w:vAlign w:val="center"/>
          </w:tcPr>
          <w:p w14:paraId="5315023A" w14:textId="77777777" w:rsidR="00AB0CB7" w:rsidRPr="003912E7" w:rsidRDefault="00AB0CB7" w:rsidP="00AB0CB7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İstasyon çıktıları</w:t>
            </w:r>
          </w:p>
        </w:tc>
      </w:tr>
      <w:tr w:rsidR="00207EBF" w:rsidRPr="003912E7" w14:paraId="45C18548" w14:textId="77777777" w:rsidTr="00B33A2E">
        <w:tc>
          <w:tcPr>
            <w:tcW w:w="15477" w:type="dxa"/>
            <w:gridSpan w:val="7"/>
            <w:vAlign w:val="center"/>
          </w:tcPr>
          <w:p w14:paraId="5F2FBF0F" w14:textId="77777777" w:rsidR="00207EBF" w:rsidRPr="003912E7" w:rsidRDefault="00591380" w:rsidP="00B33A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3912E7">
              <w:rPr>
                <w:rFonts w:asciiTheme="majorHAnsi" w:hAnsiTheme="majorHAnsi" w:cstheme="majorHAnsi"/>
                <w:b/>
                <w:sz w:val="24"/>
                <w:szCs w:val="24"/>
              </w:rPr>
              <w:t>KURBAN BAYRAMI: 16-19 MAYIS 2027</w:t>
            </w:r>
          </w:p>
        </w:tc>
      </w:tr>
      <w:tr w:rsidR="00AB0CB7" w:rsidRPr="003912E7" w14:paraId="24DE16B4" w14:textId="77777777" w:rsidTr="003912E7">
        <w:trPr>
          <w:cantSplit/>
        </w:trPr>
        <w:tc>
          <w:tcPr>
            <w:tcW w:w="959" w:type="dxa"/>
            <w:vAlign w:val="center"/>
          </w:tcPr>
          <w:p w14:paraId="2C22E509" w14:textId="77777777" w:rsidR="00AB0CB7" w:rsidRPr="003912E7" w:rsidRDefault="00AB0CB7" w:rsidP="00AB0CB7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b/>
                <w:szCs w:val="18"/>
              </w:rPr>
              <w:t>31</w:t>
            </w:r>
          </w:p>
        </w:tc>
        <w:tc>
          <w:tcPr>
            <w:tcW w:w="1559" w:type="dxa"/>
            <w:vAlign w:val="center"/>
          </w:tcPr>
          <w:p w14:paraId="51B967DB" w14:textId="77777777" w:rsidR="00AB0CB7" w:rsidRPr="003912E7" w:rsidRDefault="00AB0CB7" w:rsidP="00AB0CB7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10.05.2027</w:t>
            </w:r>
            <w:r w:rsidRPr="003912E7">
              <w:rPr>
                <w:rFonts w:asciiTheme="majorHAnsi" w:hAnsiTheme="majorHAnsi" w:cstheme="majorHAnsi"/>
                <w:szCs w:val="18"/>
              </w:rPr>
              <w:br/>
              <w:t>14.05.2027</w:t>
            </w:r>
          </w:p>
        </w:tc>
        <w:tc>
          <w:tcPr>
            <w:tcW w:w="3260" w:type="dxa"/>
          </w:tcPr>
          <w:p w14:paraId="50D21160" w14:textId="5F7F9850" w:rsidR="00AB0CB7" w:rsidRPr="003912E7" w:rsidRDefault="00AB0CB7" w:rsidP="00AB0CB7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b/>
                <w:szCs w:val="18"/>
              </w:rPr>
              <w:t>B.3 (</w:t>
            </w:r>
            <w:proofErr w:type="spellStart"/>
            <w:r w:rsidRPr="003912E7">
              <w:rPr>
                <w:rFonts w:asciiTheme="majorHAnsi" w:hAnsiTheme="majorHAnsi" w:cstheme="majorHAnsi"/>
              </w:rPr>
              <w:t>Harezmi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Eğitim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Modeli </w:t>
            </w:r>
            <w:proofErr w:type="spellStart"/>
            <w:r w:rsidRPr="003912E7">
              <w:rPr>
                <w:rFonts w:asciiTheme="majorHAnsi" w:hAnsiTheme="majorHAnsi" w:cstheme="majorHAnsi"/>
              </w:rPr>
              <w:t>ile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çok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boyutlu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düşünme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becerilerini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destekleme</w:t>
            </w:r>
            <w:proofErr w:type="spellEnd"/>
            <w:r w:rsidRPr="003912E7">
              <w:rPr>
                <w:rFonts w:asciiTheme="majorHAnsi" w:hAnsiTheme="majorHAnsi" w:cstheme="majorHAnsi"/>
              </w:rPr>
              <w:t>.</w:t>
            </w:r>
            <w:r w:rsidRPr="003912E7">
              <w:rPr>
                <w:rFonts w:asciiTheme="majorHAnsi" w:hAnsiTheme="majorHAnsi" w:cstheme="majorHAnsi"/>
                <w:szCs w:val="18"/>
              </w:rPr>
              <w:t xml:space="preserve"> )</w:t>
            </w:r>
          </w:p>
        </w:tc>
        <w:tc>
          <w:tcPr>
            <w:tcW w:w="1276" w:type="dxa"/>
            <w:vAlign w:val="center"/>
          </w:tcPr>
          <w:p w14:paraId="25F18165" w14:textId="77777777" w:rsidR="00AB0CB7" w:rsidRPr="003912E7" w:rsidRDefault="00AB0CB7" w:rsidP="00AB0CB7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Bilim</w:t>
            </w:r>
          </w:p>
        </w:tc>
        <w:tc>
          <w:tcPr>
            <w:tcW w:w="4001" w:type="dxa"/>
            <w:vAlign w:val="center"/>
          </w:tcPr>
          <w:p w14:paraId="3CFDBA49" w14:textId="77777777" w:rsidR="00AB0CB7" w:rsidRPr="003912E7" w:rsidRDefault="00AB0CB7" w:rsidP="00AB0CB7">
            <w:pPr>
              <w:rPr>
                <w:rFonts w:asciiTheme="majorHAnsi" w:hAnsiTheme="majorHAnsi" w:cstheme="majorHAnsi"/>
                <w:szCs w:val="18"/>
                <w:lang w:val="nb-NO"/>
              </w:rPr>
            </w:pPr>
            <w:r w:rsidRPr="003912E7">
              <w:rPr>
                <w:rFonts w:asciiTheme="majorHAnsi" w:hAnsiTheme="majorHAnsi" w:cstheme="majorHAnsi"/>
                <w:szCs w:val="18"/>
                <w:lang w:val="nb-NO"/>
              </w:rPr>
              <w:t>Veri toplama ve problemin nedenlerini analiz etme</w:t>
            </w:r>
          </w:p>
        </w:tc>
        <w:tc>
          <w:tcPr>
            <w:tcW w:w="2211" w:type="dxa"/>
            <w:vAlign w:val="center"/>
          </w:tcPr>
          <w:p w14:paraId="6CE05E01" w14:textId="77777777" w:rsidR="00AB0CB7" w:rsidRPr="003912E7" w:rsidRDefault="00AB0CB7" w:rsidP="00AB0CB7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 xml:space="preserve">Analiz, </w:t>
            </w: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metodoloji</w:t>
            </w:r>
            <w:proofErr w:type="spellEnd"/>
          </w:p>
        </w:tc>
        <w:tc>
          <w:tcPr>
            <w:tcW w:w="2211" w:type="dxa"/>
            <w:vAlign w:val="center"/>
          </w:tcPr>
          <w:p w14:paraId="7683443F" w14:textId="77777777" w:rsidR="00AB0CB7" w:rsidRPr="003912E7" w:rsidRDefault="00AB0CB7" w:rsidP="00AB0CB7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Veri tablosu</w:t>
            </w:r>
          </w:p>
        </w:tc>
      </w:tr>
      <w:tr w:rsidR="00AB0CB7" w:rsidRPr="003912E7" w14:paraId="3F80C355" w14:textId="77777777" w:rsidTr="003912E7">
        <w:trPr>
          <w:cantSplit/>
        </w:trPr>
        <w:tc>
          <w:tcPr>
            <w:tcW w:w="959" w:type="dxa"/>
            <w:vAlign w:val="center"/>
          </w:tcPr>
          <w:p w14:paraId="7719CDEE" w14:textId="77777777" w:rsidR="00AB0CB7" w:rsidRPr="003912E7" w:rsidRDefault="00AB0CB7" w:rsidP="00AB0CB7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b/>
                <w:szCs w:val="18"/>
              </w:rPr>
              <w:lastRenderedPageBreak/>
              <w:t>32</w:t>
            </w:r>
          </w:p>
        </w:tc>
        <w:tc>
          <w:tcPr>
            <w:tcW w:w="1559" w:type="dxa"/>
            <w:vAlign w:val="center"/>
          </w:tcPr>
          <w:p w14:paraId="33FE1BCC" w14:textId="77777777" w:rsidR="00AB0CB7" w:rsidRPr="003912E7" w:rsidRDefault="00AB0CB7" w:rsidP="00AB0CB7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17.05.2027</w:t>
            </w:r>
            <w:r w:rsidRPr="003912E7">
              <w:rPr>
                <w:rFonts w:asciiTheme="majorHAnsi" w:hAnsiTheme="majorHAnsi" w:cstheme="majorHAnsi"/>
                <w:szCs w:val="18"/>
              </w:rPr>
              <w:br/>
              <w:t>21.05.2027</w:t>
            </w:r>
            <w:r w:rsidRPr="003912E7">
              <w:rPr>
                <w:rFonts w:asciiTheme="majorHAnsi" w:hAnsiTheme="majorHAnsi" w:cstheme="majorHAnsi"/>
                <w:szCs w:val="18"/>
              </w:rPr>
              <w:br/>
              <w:t>(16-19 Mayıs tatil; uygulama 20-21 Mayıs)</w:t>
            </w:r>
            <w:r w:rsidRPr="003912E7">
              <w:rPr>
                <w:rFonts w:asciiTheme="majorHAnsi" w:hAnsiTheme="majorHAnsi" w:cstheme="majorHAnsi"/>
                <w:szCs w:val="18"/>
              </w:rPr>
              <w:br/>
              <w:t>(19 Mayıs resmî tatil)</w:t>
            </w:r>
          </w:p>
        </w:tc>
        <w:tc>
          <w:tcPr>
            <w:tcW w:w="3260" w:type="dxa"/>
          </w:tcPr>
          <w:p w14:paraId="367D3029" w14:textId="39F21EFF" w:rsidR="00AB0CB7" w:rsidRPr="003912E7" w:rsidRDefault="00AB0CB7" w:rsidP="00AB0CB7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b/>
                <w:szCs w:val="18"/>
              </w:rPr>
              <w:t>B.3 (</w:t>
            </w:r>
            <w:proofErr w:type="spellStart"/>
            <w:r w:rsidRPr="003912E7">
              <w:rPr>
                <w:rFonts w:asciiTheme="majorHAnsi" w:hAnsiTheme="majorHAnsi" w:cstheme="majorHAnsi"/>
              </w:rPr>
              <w:t>Harezmi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Eğitim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Modeli </w:t>
            </w:r>
            <w:proofErr w:type="spellStart"/>
            <w:r w:rsidRPr="003912E7">
              <w:rPr>
                <w:rFonts w:asciiTheme="majorHAnsi" w:hAnsiTheme="majorHAnsi" w:cstheme="majorHAnsi"/>
              </w:rPr>
              <w:t>ile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çok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boyutlu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düşünme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becerilerini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destekleme</w:t>
            </w:r>
            <w:proofErr w:type="spellEnd"/>
            <w:r w:rsidRPr="003912E7">
              <w:rPr>
                <w:rFonts w:asciiTheme="majorHAnsi" w:hAnsiTheme="majorHAnsi" w:cstheme="majorHAnsi"/>
              </w:rPr>
              <w:t>.</w:t>
            </w:r>
            <w:r w:rsidRPr="003912E7">
              <w:rPr>
                <w:rFonts w:asciiTheme="majorHAnsi" w:hAnsiTheme="majorHAnsi" w:cstheme="majorHAnsi"/>
                <w:szCs w:val="18"/>
              </w:rPr>
              <w:t xml:space="preserve"> )</w:t>
            </w:r>
          </w:p>
        </w:tc>
        <w:tc>
          <w:tcPr>
            <w:tcW w:w="1276" w:type="dxa"/>
            <w:vAlign w:val="center"/>
          </w:tcPr>
          <w:p w14:paraId="7BAD6092" w14:textId="77777777" w:rsidR="00AB0CB7" w:rsidRPr="003912E7" w:rsidRDefault="00AB0CB7" w:rsidP="00AB0CB7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Bilim</w:t>
            </w:r>
          </w:p>
        </w:tc>
        <w:tc>
          <w:tcPr>
            <w:tcW w:w="4001" w:type="dxa"/>
            <w:vAlign w:val="center"/>
          </w:tcPr>
          <w:p w14:paraId="455EAC69" w14:textId="77777777" w:rsidR="00AB0CB7" w:rsidRPr="003912E7" w:rsidRDefault="00AB0CB7" w:rsidP="00AB0CB7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Çözüm fikirleri üretme ve ölçüt belirleme</w:t>
            </w:r>
          </w:p>
        </w:tc>
        <w:tc>
          <w:tcPr>
            <w:tcW w:w="2211" w:type="dxa"/>
            <w:vAlign w:val="center"/>
          </w:tcPr>
          <w:p w14:paraId="5C091D39" w14:textId="77777777" w:rsidR="00AB0CB7" w:rsidRPr="003912E7" w:rsidRDefault="00AB0CB7" w:rsidP="00AB0CB7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Yenilikçilik</w:t>
            </w:r>
          </w:p>
        </w:tc>
        <w:tc>
          <w:tcPr>
            <w:tcW w:w="2211" w:type="dxa"/>
            <w:vAlign w:val="center"/>
          </w:tcPr>
          <w:p w14:paraId="64B2EED1" w14:textId="77777777" w:rsidR="00AB0CB7" w:rsidRPr="003912E7" w:rsidRDefault="00AB0CB7" w:rsidP="00AB0CB7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Fikir ve ölçüt tablosu</w:t>
            </w:r>
          </w:p>
        </w:tc>
      </w:tr>
      <w:tr w:rsidR="00AB0CB7" w:rsidRPr="003912E7" w14:paraId="02240620" w14:textId="77777777" w:rsidTr="003912E7">
        <w:trPr>
          <w:cantSplit/>
        </w:trPr>
        <w:tc>
          <w:tcPr>
            <w:tcW w:w="959" w:type="dxa"/>
            <w:vAlign w:val="center"/>
          </w:tcPr>
          <w:p w14:paraId="49D273F0" w14:textId="77777777" w:rsidR="00AB0CB7" w:rsidRPr="003912E7" w:rsidRDefault="00AB0CB7" w:rsidP="00AB0CB7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b/>
                <w:szCs w:val="18"/>
              </w:rPr>
              <w:t>33</w:t>
            </w:r>
          </w:p>
        </w:tc>
        <w:tc>
          <w:tcPr>
            <w:tcW w:w="1559" w:type="dxa"/>
            <w:vAlign w:val="center"/>
          </w:tcPr>
          <w:p w14:paraId="29B692C9" w14:textId="77777777" w:rsidR="00AB0CB7" w:rsidRPr="003912E7" w:rsidRDefault="00AB0CB7" w:rsidP="00AB0CB7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24.05.2027</w:t>
            </w:r>
            <w:r w:rsidRPr="003912E7">
              <w:rPr>
                <w:rFonts w:asciiTheme="majorHAnsi" w:hAnsiTheme="majorHAnsi" w:cstheme="majorHAnsi"/>
                <w:szCs w:val="18"/>
              </w:rPr>
              <w:br/>
              <w:t>28.05.2027</w:t>
            </w:r>
          </w:p>
        </w:tc>
        <w:tc>
          <w:tcPr>
            <w:tcW w:w="3260" w:type="dxa"/>
          </w:tcPr>
          <w:p w14:paraId="5C29DF44" w14:textId="2F79F874" w:rsidR="00AB0CB7" w:rsidRPr="003912E7" w:rsidRDefault="00AB0CB7" w:rsidP="00AB0CB7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b/>
                <w:szCs w:val="18"/>
              </w:rPr>
              <w:t>B.3 (</w:t>
            </w:r>
            <w:proofErr w:type="spellStart"/>
            <w:r w:rsidRPr="003912E7">
              <w:rPr>
                <w:rFonts w:asciiTheme="majorHAnsi" w:hAnsiTheme="majorHAnsi" w:cstheme="majorHAnsi"/>
              </w:rPr>
              <w:t>Harezmi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Eğitim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Modeli </w:t>
            </w:r>
            <w:proofErr w:type="spellStart"/>
            <w:r w:rsidRPr="003912E7">
              <w:rPr>
                <w:rFonts w:asciiTheme="majorHAnsi" w:hAnsiTheme="majorHAnsi" w:cstheme="majorHAnsi"/>
              </w:rPr>
              <w:t>ile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çok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boyutlu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düşünme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becerilerini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destekleme</w:t>
            </w:r>
            <w:proofErr w:type="spellEnd"/>
            <w:r w:rsidRPr="003912E7">
              <w:rPr>
                <w:rFonts w:asciiTheme="majorHAnsi" w:hAnsiTheme="majorHAnsi" w:cstheme="majorHAnsi"/>
              </w:rPr>
              <w:t>.</w:t>
            </w:r>
            <w:r w:rsidRPr="003912E7">
              <w:rPr>
                <w:rFonts w:asciiTheme="majorHAnsi" w:hAnsiTheme="majorHAnsi" w:cstheme="majorHAnsi"/>
                <w:szCs w:val="18"/>
              </w:rPr>
              <w:t xml:space="preserve"> )</w:t>
            </w:r>
          </w:p>
        </w:tc>
        <w:tc>
          <w:tcPr>
            <w:tcW w:w="1276" w:type="dxa"/>
            <w:vAlign w:val="center"/>
          </w:tcPr>
          <w:p w14:paraId="4D672106" w14:textId="77777777" w:rsidR="00AB0CB7" w:rsidRPr="003912E7" w:rsidRDefault="00AB0CB7" w:rsidP="00AB0CB7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Bilim</w:t>
            </w:r>
          </w:p>
        </w:tc>
        <w:tc>
          <w:tcPr>
            <w:tcW w:w="4001" w:type="dxa"/>
            <w:vAlign w:val="center"/>
          </w:tcPr>
          <w:p w14:paraId="086ABD8C" w14:textId="77777777" w:rsidR="00AB0CB7" w:rsidRPr="003912E7" w:rsidRDefault="00AB0CB7" w:rsidP="00AB0CB7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Model veya prototip tasarımı</w:t>
            </w:r>
          </w:p>
        </w:tc>
        <w:tc>
          <w:tcPr>
            <w:tcW w:w="2211" w:type="dxa"/>
            <w:vAlign w:val="center"/>
          </w:tcPr>
          <w:p w14:paraId="01F65996" w14:textId="77777777" w:rsidR="00AB0CB7" w:rsidRPr="003912E7" w:rsidRDefault="00AB0CB7" w:rsidP="00AB0CB7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Tasarım, iş birliği</w:t>
            </w:r>
          </w:p>
        </w:tc>
        <w:tc>
          <w:tcPr>
            <w:tcW w:w="2211" w:type="dxa"/>
            <w:vAlign w:val="center"/>
          </w:tcPr>
          <w:p w14:paraId="62D78C08" w14:textId="77777777" w:rsidR="00AB0CB7" w:rsidRPr="003912E7" w:rsidRDefault="00AB0CB7" w:rsidP="00AB0CB7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Model / prototip</w:t>
            </w:r>
          </w:p>
        </w:tc>
      </w:tr>
      <w:tr w:rsidR="00AB0CB7" w:rsidRPr="003912E7" w14:paraId="4319A8E9" w14:textId="77777777" w:rsidTr="003912E7">
        <w:trPr>
          <w:cantSplit/>
        </w:trPr>
        <w:tc>
          <w:tcPr>
            <w:tcW w:w="959" w:type="dxa"/>
            <w:vAlign w:val="center"/>
          </w:tcPr>
          <w:p w14:paraId="3B0B9D5E" w14:textId="77777777" w:rsidR="00AB0CB7" w:rsidRPr="003912E7" w:rsidRDefault="00AB0CB7" w:rsidP="00AB0CB7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b/>
                <w:szCs w:val="18"/>
              </w:rPr>
              <w:t>34</w:t>
            </w:r>
          </w:p>
        </w:tc>
        <w:tc>
          <w:tcPr>
            <w:tcW w:w="1559" w:type="dxa"/>
            <w:vAlign w:val="center"/>
          </w:tcPr>
          <w:p w14:paraId="47A0EB47" w14:textId="77777777" w:rsidR="00AB0CB7" w:rsidRPr="003912E7" w:rsidRDefault="00AB0CB7" w:rsidP="00AB0CB7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31.05.2027</w:t>
            </w:r>
            <w:r w:rsidRPr="003912E7">
              <w:rPr>
                <w:rFonts w:asciiTheme="majorHAnsi" w:hAnsiTheme="majorHAnsi" w:cstheme="majorHAnsi"/>
                <w:szCs w:val="18"/>
              </w:rPr>
              <w:br/>
              <w:t>04.06.2027</w:t>
            </w:r>
          </w:p>
        </w:tc>
        <w:tc>
          <w:tcPr>
            <w:tcW w:w="3260" w:type="dxa"/>
          </w:tcPr>
          <w:p w14:paraId="036EE241" w14:textId="4C83B917" w:rsidR="00AB0CB7" w:rsidRPr="003912E7" w:rsidRDefault="00AB0CB7" w:rsidP="00AB0CB7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b/>
                <w:szCs w:val="18"/>
              </w:rPr>
              <w:t>B.3 (</w:t>
            </w:r>
            <w:proofErr w:type="spellStart"/>
            <w:r w:rsidRPr="003912E7">
              <w:rPr>
                <w:rFonts w:asciiTheme="majorHAnsi" w:hAnsiTheme="majorHAnsi" w:cstheme="majorHAnsi"/>
              </w:rPr>
              <w:t>Harezmi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Eğitim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Modeli </w:t>
            </w:r>
            <w:proofErr w:type="spellStart"/>
            <w:r w:rsidRPr="003912E7">
              <w:rPr>
                <w:rFonts w:asciiTheme="majorHAnsi" w:hAnsiTheme="majorHAnsi" w:cstheme="majorHAnsi"/>
              </w:rPr>
              <w:t>ile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çok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boyutlu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düşünme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becerilerini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destekleme</w:t>
            </w:r>
            <w:proofErr w:type="spellEnd"/>
            <w:r w:rsidRPr="003912E7">
              <w:rPr>
                <w:rFonts w:asciiTheme="majorHAnsi" w:hAnsiTheme="majorHAnsi" w:cstheme="majorHAnsi"/>
              </w:rPr>
              <w:t>.</w:t>
            </w:r>
            <w:r w:rsidRPr="003912E7">
              <w:rPr>
                <w:rFonts w:asciiTheme="majorHAnsi" w:hAnsiTheme="majorHAnsi" w:cstheme="majorHAnsi"/>
                <w:szCs w:val="18"/>
              </w:rPr>
              <w:t xml:space="preserve"> )</w:t>
            </w:r>
          </w:p>
        </w:tc>
        <w:tc>
          <w:tcPr>
            <w:tcW w:w="1276" w:type="dxa"/>
            <w:vAlign w:val="center"/>
          </w:tcPr>
          <w:p w14:paraId="4FEA9AD3" w14:textId="77777777" w:rsidR="00AB0CB7" w:rsidRPr="003912E7" w:rsidRDefault="00AB0CB7" w:rsidP="00AB0CB7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Bilim</w:t>
            </w:r>
          </w:p>
        </w:tc>
        <w:tc>
          <w:tcPr>
            <w:tcW w:w="4001" w:type="dxa"/>
            <w:vAlign w:val="center"/>
          </w:tcPr>
          <w:p w14:paraId="764267DE" w14:textId="77777777" w:rsidR="00AB0CB7" w:rsidRPr="003912E7" w:rsidRDefault="00AB0CB7" w:rsidP="00AB0CB7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Modeli test etme, geri bildirim alma ve geliştirme</w:t>
            </w:r>
          </w:p>
        </w:tc>
        <w:tc>
          <w:tcPr>
            <w:tcW w:w="2211" w:type="dxa"/>
            <w:vAlign w:val="center"/>
          </w:tcPr>
          <w:p w14:paraId="6C9799F8" w14:textId="77777777" w:rsidR="00AB0CB7" w:rsidRPr="003912E7" w:rsidRDefault="00AB0CB7" w:rsidP="00AB0CB7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Süreç odaklılık</w:t>
            </w:r>
          </w:p>
        </w:tc>
        <w:tc>
          <w:tcPr>
            <w:tcW w:w="2211" w:type="dxa"/>
            <w:vAlign w:val="center"/>
          </w:tcPr>
          <w:p w14:paraId="0EFAB5B5" w14:textId="77777777" w:rsidR="00AB0CB7" w:rsidRPr="003912E7" w:rsidRDefault="00AB0CB7" w:rsidP="00AB0CB7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Test formu</w:t>
            </w:r>
          </w:p>
        </w:tc>
      </w:tr>
      <w:tr w:rsidR="001D6A20" w:rsidRPr="003912E7" w14:paraId="27DD85BB" w14:textId="77777777" w:rsidTr="003912E7">
        <w:trPr>
          <w:cantSplit/>
        </w:trPr>
        <w:tc>
          <w:tcPr>
            <w:tcW w:w="959" w:type="dxa"/>
            <w:vAlign w:val="center"/>
          </w:tcPr>
          <w:p w14:paraId="4A71C969" w14:textId="77777777" w:rsidR="001D6A20" w:rsidRPr="003912E7" w:rsidRDefault="001D6A20" w:rsidP="001D6A20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b/>
                <w:szCs w:val="18"/>
              </w:rPr>
              <w:t>35</w:t>
            </w:r>
          </w:p>
        </w:tc>
        <w:tc>
          <w:tcPr>
            <w:tcW w:w="1559" w:type="dxa"/>
            <w:vAlign w:val="center"/>
          </w:tcPr>
          <w:p w14:paraId="0A48A806" w14:textId="77777777" w:rsidR="001D6A20" w:rsidRPr="003912E7" w:rsidRDefault="001D6A20" w:rsidP="001D6A20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07.06.2027</w:t>
            </w:r>
            <w:r w:rsidRPr="003912E7">
              <w:rPr>
                <w:rFonts w:asciiTheme="majorHAnsi" w:hAnsiTheme="majorHAnsi" w:cstheme="majorHAnsi"/>
                <w:szCs w:val="18"/>
              </w:rPr>
              <w:br/>
              <w:t>11.06.2027</w:t>
            </w:r>
          </w:p>
        </w:tc>
        <w:tc>
          <w:tcPr>
            <w:tcW w:w="3260" w:type="dxa"/>
          </w:tcPr>
          <w:p w14:paraId="2062B0B8" w14:textId="71C7350E" w:rsidR="001D6A20" w:rsidRPr="003912E7" w:rsidRDefault="001D6A20" w:rsidP="001D6A20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b/>
                <w:szCs w:val="18"/>
              </w:rPr>
              <w:t>B.5 (</w:t>
            </w:r>
            <w:proofErr w:type="spellStart"/>
            <w:r w:rsidRPr="003912E7">
              <w:rPr>
                <w:rFonts w:asciiTheme="majorHAnsi" w:hAnsiTheme="majorHAnsi" w:cstheme="majorHAnsi"/>
              </w:rPr>
              <w:t>Dijital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okuryazarlığı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geliştirerek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yenilikçi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proje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üretimini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teşvik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etme</w:t>
            </w:r>
            <w:proofErr w:type="spellEnd"/>
            <w:r w:rsidRPr="003912E7">
              <w:rPr>
                <w:rFonts w:asciiTheme="majorHAnsi" w:hAnsiTheme="majorHAnsi" w:cstheme="majorHAnsi"/>
              </w:rPr>
              <w:t>.</w:t>
            </w:r>
            <w:r w:rsidRPr="003912E7">
              <w:rPr>
                <w:rFonts w:asciiTheme="majorHAnsi" w:hAnsiTheme="majorHAnsi" w:cstheme="majorHAnsi"/>
                <w:szCs w:val="18"/>
              </w:rPr>
              <w:t>)</w:t>
            </w:r>
          </w:p>
        </w:tc>
        <w:tc>
          <w:tcPr>
            <w:tcW w:w="1276" w:type="dxa"/>
            <w:vAlign w:val="center"/>
          </w:tcPr>
          <w:p w14:paraId="052241B6" w14:textId="77777777" w:rsidR="001D6A20" w:rsidRPr="003912E7" w:rsidRDefault="001D6A20" w:rsidP="001D6A20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Bilim</w:t>
            </w:r>
          </w:p>
        </w:tc>
        <w:tc>
          <w:tcPr>
            <w:tcW w:w="4001" w:type="dxa"/>
            <w:vAlign w:val="center"/>
          </w:tcPr>
          <w:p w14:paraId="0E3FA5CF" w14:textId="77777777" w:rsidR="001D6A20" w:rsidRPr="003912E7" w:rsidRDefault="001D6A20" w:rsidP="001D6A20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Proje ürününü dijital poster, infografik veya sunuma dönüştürme</w:t>
            </w:r>
          </w:p>
        </w:tc>
        <w:tc>
          <w:tcPr>
            <w:tcW w:w="2211" w:type="dxa"/>
            <w:vAlign w:val="center"/>
          </w:tcPr>
          <w:p w14:paraId="3AC89CA3" w14:textId="77777777" w:rsidR="001D6A20" w:rsidRPr="003912E7" w:rsidRDefault="001D6A20" w:rsidP="001D6A20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Dijital üretkenlik</w:t>
            </w:r>
          </w:p>
        </w:tc>
        <w:tc>
          <w:tcPr>
            <w:tcW w:w="2211" w:type="dxa"/>
            <w:vAlign w:val="center"/>
          </w:tcPr>
          <w:p w14:paraId="3D2DFA06" w14:textId="77777777" w:rsidR="001D6A20" w:rsidRPr="003912E7" w:rsidRDefault="001D6A20" w:rsidP="001D6A20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Dijital ürün</w:t>
            </w:r>
          </w:p>
        </w:tc>
      </w:tr>
      <w:tr w:rsidR="001D6A20" w:rsidRPr="003912E7" w14:paraId="7F37DDA1" w14:textId="77777777" w:rsidTr="003912E7">
        <w:trPr>
          <w:cantSplit/>
        </w:trPr>
        <w:tc>
          <w:tcPr>
            <w:tcW w:w="959" w:type="dxa"/>
            <w:vAlign w:val="center"/>
          </w:tcPr>
          <w:p w14:paraId="786030B2" w14:textId="77777777" w:rsidR="001D6A20" w:rsidRPr="003912E7" w:rsidRDefault="001D6A20" w:rsidP="001D6A20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b/>
                <w:szCs w:val="18"/>
              </w:rPr>
              <w:t>36</w:t>
            </w:r>
          </w:p>
        </w:tc>
        <w:tc>
          <w:tcPr>
            <w:tcW w:w="1559" w:type="dxa"/>
            <w:vAlign w:val="center"/>
          </w:tcPr>
          <w:p w14:paraId="1D390DBC" w14:textId="77777777" w:rsidR="001D6A20" w:rsidRPr="003912E7" w:rsidRDefault="001D6A20" w:rsidP="001D6A20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14.06.2027</w:t>
            </w:r>
            <w:r w:rsidRPr="003912E7">
              <w:rPr>
                <w:rFonts w:asciiTheme="majorHAnsi" w:hAnsiTheme="majorHAnsi" w:cstheme="majorHAnsi"/>
                <w:szCs w:val="18"/>
              </w:rPr>
              <w:br/>
              <w:t>18.06.2027</w:t>
            </w:r>
          </w:p>
        </w:tc>
        <w:tc>
          <w:tcPr>
            <w:tcW w:w="3260" w:type="dxa"/>
          </w:tcPr>
          <w:p w14:paraId="30D09C85" w14:textId="1C5882B9" w:rsidR="001D6A20" w:rsidRPr="003912E7" w:rsidRDefault="001D6A20" w:rsidP="001D6A20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b/>
                <w:szCs w:val="18"/>
              </w:rPr>
              <w:t>B.5 (</w:t>
            </w:r>
            <w:proofErr w:type="spellStart"/>
            <w:r w:rsidRPr="003912E7">
              <w:rPr>
                <w:rFonts w:asciiTheme="majorHAnsi" w:hAnsiTheme="majorHAnsi" w:cstheme="majorHAnsi"/>
              </w:rPr>
              <w:t>Dijital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okuryazarlığı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geliştirerek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yenilikçi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proje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üretimini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teşvik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etme</w:t>
            </w:r>
            <w:proofErr w:type="spellEnd"/>
            <w:r w:rsidRPr="003912E7">
              <w:rPr>
                <w:rFonts w:asciiTheme="majorHAnsi" w:hAnsiTheme="majorHAnsi" w:cstheme="majorHAnsi"/>
              </w:rPr>
              <w:t>.</w:t>
            </w:r>
            <w:r w:rsidRPr="003912E7">
              <w:rPr>
                <w:rFonts w:asciiTheme="majorHAnsi" w:hAnsiTheme="majorHAnsi" w:cstheme="majorHAnsi"/>
                <w:szCs w:val="18"/>
              </w:rPr>
              <w:t>)</w:t>
            </w:r>
          </w:p>
        </w:tc>
        <w:tc>
          <w:tcPr>
            <w:tcW w:w="1276" w:type="dxa"/>
            <w:vAlign w:val="center"/>
          </w:tcPr>
          <w:p w14:paraId="4E116F22" w14:textId="77777777" w:rsidR="001D6A20" w:rsidRPr="003912E7" w:rsidRDefault="001D6A20" w:rsidP="001D6A20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Bilim</w:t>
            </w:r>
          </w:p>
        </w:tc>
        <w:tc>
          <w:tcPr>
            <w:tcW w:w="4001" w:type="dxa"/>
            <w:vAlign w:val="center"/>
          </w:tcPr>
          <w:p w14:paraId="0DE15CDF" w14:textId="77777777" w:rsidR="001D6A20" w:rsidRPr="003912E7" w:rsidRDefault="001D6A20" w:rsidP="001D6A20">
            <w:pPr>
              <w:rPr>
                <w:rFonts w:asciiTheme="majorHAnsi" w:hAnsiTheme="majorHAnsi" w:cstheme="majorHAnsi"/>
                <w:szCs w:val="18"/>
                <w:lang w:val="nb-NO"/>
              </w:rPr>
            </w:pPr>
            <w:r w:rsidRPr="003912E7">
              <w:rPr>
                <w:rFonts w:asciiTheme="majorHAnsi" w:hAnsiTheme="majorHAnsi" w:cstheme="majorHAnsi"/>
                <w:szCs w:val="18"/>
                <w:lang w:val="nb-NO"/>
              </w:rPr>
              <w:t>Bilim ve Teknoloji Şenliği / Proje Sergisi</w:t>
            </w:r>
          </w:p>
        </w:tc>
        <w:tc>
          <w:tcPr>
            <w:tcW w:w="2211" w:type="dxa"/>
            <w:vAlign w:val="center"/>
          </w:tcPr>
          <w:p w14:paraId="19B4919C" w14:textId="77777777" w:rsidR="001D6A20" w:rsidRPr="003912E7" w:rsidRDefault="001D6A20" w:rsidP="001D6A20">
            <w:pPr>
              <w:rPr>
                <w:rFonts w:asciiTheme="majorHAnsi" w:hAnsiTheme="majorHAnsi" w:cstheme="majorHAnsi"/>
                <w:szCs w:val="18"/>
              </w:rPr>
            </w:pP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Toplumsal</w:t>
            </w:r>
            <w:proofErr w:type="spellEnd"/>
            <w:r w:rsidRPr="003912E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fayda</w:t>
            </w:r>
            <w:proofErr w:type="spellEnd"/>
            <w:r w:rsidRPr="003912E7">
              <w:rPr>
                <w:rFonts w:asciiTheme="majorHAnsi" w:hAnsiTheme="majorHAnsi" w:cstheme="majorHAnsi"/>
                <w:szCs w:val="18"/>
              </w:rPr>
              <w:t xml:space="preserve">, </w:t>
            </w:r>
            <w:proofErr w:type="spellStart"/>
            <w:r w:rsidRPr="003912E7">
              <w:rPr>
                <w:rFonts w:asciiTheme="majorHAnsi" w:hAnsiTheme="majorHAnsi" w:cstheme="majorHAnsi"/>
                <w:szCs w:val="18"/>
              </w:rPr>
              <w:t>paylaşım</w:t>
            </w:r>
            <w:proofErr w:type="spellEnd"/>
          </w:p>
        </w:tc>
        <w:tc>
          <w:tcPr>
            <w:tcW w:w="2211" w:type="dxa"/>
            <w:vAlign w:val="center"/>
          </w:tcPr>
          <w:p w14:paraId="3F42C2CC" w14:textId="77777777" w:rsidR="001D6A20" w:rsidRPr="003912E7" w:rsidRDefault="001D6A20" w:rsidP="001D6A20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Sergi / sunum</w:t>
            </w:r>
          </w:p>
        </w:tc>
      </w:tr>
      <w:tr w:rsidR="007C7393" w:rsidRPr="003912E7" w14:paraId="740D85C8" w14:textId="77777777" w:rsidTr="003912E7">
        <w:trPr>
          <w:cantSplit/>
        </w:trPr>
        <w:tc>
          <w:tcPr>
            <w:tcW w:w="959" w:type="dxa"/>
            <w:vAlign w:val="center"/>
          </w:tcPr>
          <w:p w14:paraId="1D3E5B4F" w14:textId="77777777" w:rsidR="007C7393" w:rsidRPr="003912E7" w:rsidRDefault="00F24C6A" w:rsidP="00B33A2E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b/>
                <w:szCs w:val="18"/>
              </w:rPr>
              <w:t>37</w:t>
            </w:r>
          </w:p>
        </w:tc>
        <w:tc>
          <w:tcPr>
            <w:tcW w:w="1559" w:type="dxa"/>
            <w:vAlign w:val="center"/>
          </w:tcPr>
          <w:p w14:paraId="7C4195E0" w14:textId="77777777" w:rsidR="007C7393" w:rsidRPr="003912E7" w:rsidRDefault="00F24C6A" w:rsidP="00B33A2E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21.06.2027</w:t>
            </w:r>
            <w:r w:rsidRPr="003912E7">
              <w:rPr>
                <w:rFonts w:asciiTheme="majorHAnsi" w:hAnsiTheme="majorHAnsi" w:cstheme="majorHAnsi"/>
                <w:szCs w:val="18"/>
              </w:rPr>
              <w:br/>
              <w:t>25.06.2027</w:t>
            </w:r>
          </w:p>
        </w:tc>
        <w:tc>
          <w:tcPr>
            <w:tcW w:w="3260" w:type="dxa"/>
            <w:vAlign w:val="center"/>
          </w:tcPr>
          <w:p w14:paraId="571B1E79" w14:textId="77777777" w:rsidR="004A1667" w:rsidRPr="003912E7" w:rsidRDefault="004A1667" w:rsidP="004A1667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b/>
                <w:szCs w:val="18"/>
              </w:rPr>
              <w:t>B.1 (</w:t>
            </w:r>
            <w:proofErr w:type="spellStart"/>
            <w:r w:rsidRPr="003912E7">
              <w:rPr>
                <w:rFonts w:asciiTheme="majorHAnsi" w:hAnsiTheme="majorHAnsi" w:cstheme="majorHAnsi"/>
              </w:rPr>
              <w:t>Bilim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etiği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ve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araştırma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sorumluluğu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bilincini</w:t>
            </w:r>
            <w:proofErr w:type="spellEnd"/>
            <w:r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3912E7">
              <w:rPr>
                <w:rFonts w:asciiTheme="majorHAnsi" w:hAnsiTheme="majorHAnsi" w:cstheme="majorHAnsi"/>
              </w:rPr>
              <w:t>geliştirme</w:t>
            </w:r>
            <w:proofErr w:type="spellEnd"/>
            <w:r w:rsidRPr="003912E7">
              <w:rPr>
                <w:rFonts w:asciiTheme="majorHAnsi" w:hAnsiTheme="majorHAnsi" w:cstheme="majorHAnsi"/>
              </w:rPr>
              <w:t>.</w:t>
            </w:r>
            <w:r w:rsidRPr="003912E7">
              <w:rPr>
                <w:rFonts w:asciiTheme="majorHAnsi" w:hAnsiTheme="majorHAnsi" w:cstheme="majorHAnsi"/>
                <w:szCs w:val="18"/>
              </w:rPr>
              <w:t>)</w:t>
            </w:r>
          </w:p>
          <w:p w14:paraId="7B1FAAB5" w14:textId="5B834C83" w:rsidR="007C7393" w:rsidRPr="003912E7" w:rsidRDefault="00F24C6A" w:rsidP="00B33A2E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b/>
                <w:szCs w:val="18"/>
              </w:rPr>
              <w:t>-</w:t>
            </w:r>
            <w:r w:rsidR="001D6A20" w:rsidRPr="003912E7">
              <w:rPr>
                <w:rFonts w:asciiTheme="majorHAnsi" w:hAnsiTheme="majorHAnsi" w:cstheme="majorHAnsi"/>
                <w:b/>
                <w:szCs w:val="18"/>
              </w:rPr>
              <w:t xml:space="preserve"> B.5 (</w:t>
            </w:r>
            <w:proofErr w:type="spellStart"/>
            <w:r w:rsidR="001D6A20" w:rsidRPr="003912E7">
              <w:rPr>
                <w:rFonts w:asciiTheme="majorHAnsi" w:hAnsiTheme="majorHAnsi" w:cstheme="majorHAnsi"/>
              </w:rPr>
              <w:t>Dijital</w:t>
            </w:r>
            <w:proofErr w:type="spellEnd"/>
            <w:r w:rsidR="001D6A20"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1D6A20" w:rsidRPr="003912E7">
              <w:rPr>
                <w:rFonts w:asciiTheme="majorHAnsi" w:hAnsiTheme="majorHAnsi" w:cstheme="majorHAnsi"/>
              </w:rPr>
              <w:t>okuryazarlığı</w:t>
            </w:r>
            <w:proofErr w:type="spellEnd"/>
            <w:r w:rsidR="001D6A20"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1D6A20" w:rsidRPr="003912E7">
              <w:rPr>
                <w:rFonts w:asciiTheme="majorHAnsi" w:hAnsiTheme="majorHAnsi" w:cstheme="majorHAnsi"/>
              </w:rPr>
              <w:t>geliştirerek</w:t>
            </w:r>
            <w:proofErr w:type="spellEnd"/>
            <w:r w:rsidR="001D6A20"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1D6A20" w:rsidRPr="003912E7">
              <w:rPr>
                <w:rFonts w:asciiTheme="majorHAnsi" w:hAnsiTheme="majorHAnsi" w:cstheme="majorHAnsi"/>
              </w:rPr>
              <w:t>yenilikçi</w:t>
            </w:r>
            <w:proofErr w:type="spellEnd"/>
            <w:r w:rsidR="001D6A20"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1D6A20" w:rsidRPr="003912E7">
              <w:rPr>
                <w:rFonts w:asciiTheme="majorHAnsi" w:hAnsiTheme="majorHAnsi" w:cstheme="majorHAnsi"/>
              </w:rPr>
              <w:t>proje</w:t>
            </w:r>
            <w:proofErr w:type="spellEnd"/>
            <w:r w:rsidR="001D6A20"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1D6A20" w:rsidRPr="003912E7">
              <w:rPr>
                <w:rFonts w:asciiTheme="majorHAnsi" w:hAnsiTheme="majorHAnsi" w:cstheme="majorHAnsi"/>
              </w:rPr>
              <w:t>üretimini</w:t>
            </w:r>
            <w:proofErr w:type="spellEnd"/>
            <w:r w:rsidR="001D6A20"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1D6A20" w:rsidRPr="003912E7">
              <w:rPr>
                <w:rFonts w:asciiTheme="majorHAnsi" w:hAnsiTheme="majorHAnsi" w:cstheme="majorHAnsi"/>
              </w:rPr>
              <w:t>teşvik</w:t>
            </w:r>
            <w:proofErr w:type="spellEnd"/>
            <w:r w:rsidR="001D6A20" w:rsidRPr="003912E7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1D6A20" w:rsidRPr="003912E7">
              <w:rPr>
                <w:rFonts w:asciiTheme="majorHAnsi" w:hAnsiTheme="majorHAnsi" w:cstheme="majorHAnsi"/>
              </w:rPr>
              <w:t>etme</w:t>
            </w:r>
            <w:proofErr w:type="spellEnd"/>
            <w:r w:rsidR="001D6A20" w:rsidRPr="003912E7">
              <w:rPr>
                <w:rFonts w:asciiTheme="majorHAnsi" w:hAnsiTheme="majorHAnsi" w:cstheme="majorHAnsi"/>
              </w:rPr>
              <w:t>.</w:t>
            </w:r>
            <w:r w:rsidR="001D6A20" w:rsidRPr="003912E7">
              <w:rPr>
                <w:rFonts w:asciiTheme="majorHAnsi" w:hAnsiTheme="majorHAnsi" w:cstheme="majorHAnsi"/>
                <w:szCs w:val="18"/>
              </w:rPr>
              <w:t>)</w:t>
            </w:r>
          </w:p>
        </w:tc>
        <w:tc>
          <w:tcPr>
            <w:tcW w:w="1276" w:type="dxa"/>
            <w:vAlign w:val="center"/>
          </w:tcPr>
          <w:p w14:paraId="08E4D72C" w14:textId="77777777" w:rsidR="007C7393" w:rsidRPr="003912E7" w:rsidRDefault="00F24C6A" w:rsidP="00B33A2E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Bilim</w:t>
            </w:r>
          </w:p>
        </w:tc>
        <w:tc>
          <w:tcPr>
            <w:tcW w:w="4001" w:type="dxa"/>
            <w:vAlign w:val="center"/>
          </w:tcPr>
          <w:p w14:paraId="4E1F5860" w14:textId="77777777" w:rsidR="007C7393" w:rsidRPr="003912E7" w:rsidRDefault="00F24C6A" w:rsidP="00B33A2E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Yıl sonu portfolyo, öz değerlendirme ve kulüp hedeflerinin değerlendirilmesi</w:t>
            </w:r>
          </w:p>
        </w:tc>
        <w:tc>
          <w:tcPr>
            <w:tcW w:w="2211" w:type="dxa"/>
            <w:vAlign w:val="center"/>
          </w:tcPr>
          <w:p w14:paraId="238E26DB" w14:textId="77777777" w:rsidR="007C7393" w:rsidRPr="003912E7" w:rsidRDefault="00F24C6A" w:rsidP="00B33A2E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Süreç odaklılık</w:t>
            </w:r>
          </w:p>
        </w:tc>
        <w:tc>
          <w:tcPr>
            <w:tcW w:w="2211" w:type="dxa"/>
            <w:vAlign w:val="center"/>
          </w:tcPr>
          <w:p w14:paraId="1F755A14" w14:textId="77777777" w:rsidR="007C7393" w:rsidRPr="003912E7" w:rsidRDefault="00F24C6A" w:rsidP="00B33A2E">
            <w:pPr>
              <w:rPr>
                <w:rFonts w:asciiTheme="majorHAnsi" w:hAnsiTheme="majorHAnsi" w:cstheme="majorHAnsi"/>
                <w:szCs w:val="18"/>
              </w:rPr>
            </w:pPr>
            <w:r w:rsidRPr="003912E7">
              <w:rPr>
                <w:rFonts w:asciiTheme="majorHAnsi" w:hAnsiTheme="majorHAnsi" w:cstheme="majorHAnsi"/>
                <w:szCs w:val="18"/>
              </w:rPr>
              <w:t>Portfolyo</w:t>
            </w:r>
          </w:p>
        </w:tc>
      </w:tr>
    </w:tbl>
    <w:p w14:paraId="15FB3B7E" w14:textId="4FF4B854" w:rsidR="00B33A2E" w:rsidRPr="00743E27" w:rsidRDefault="00B33A2E" w:rsidP="00B33A2E">
      <w:pPr>
        <w:rPr>
          <w:rFonts w:asciiTheme="majorHAnsi" w:hAnsiTheme="majorHAnsi" w:cstheme="majorHAnsi"/>
          <w:szCs w:val="18"/>
        </w:rPr>
      </w:pPr>
      <w:r w:rsidRPr="00743E27">
        <w:rPr>
          <w:rFonts w:asciiTheme="majorHAnsi" w:hAnsiTheme="majorHAnsi" w:cstheme="majorHAnsi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2260658" w14:textId="77777777" w:rsidR="00B33A2E" w:rsidRPr="00743E27" w:rsidRDefault="00B33A2E" w:rsidP="00B33A2E">
      <w:pPr>
        <w:tabs>
          <w:tab w:val="left" w:pos="12058"/>
        </w:tabs>
        <w:rPr>
          <w:rFonts w:asciiTheme="majorHAnsi" w:hAnsiTheme="majorHAnsi" w:cstheme="majorHAnsi"/>
          <w:szCs w:val="18"/>
        </w:rPr>
      </w:pPr>
      <w:r w:rsidRPr="00743E27">
        <w:rPr>
          <w:rFonts w:asciiTheme="majorHAnsi" w:hAnsiTheme="majorHAnsi" w:cstheme="majorHAnsi"/>
          <w:szCs w:val="18"/>
        </w:rPr>
        <w:t xml:space="preserve">                      …..………………………                                                                                 …………………………….</w:t>
      </w:r>
      <w:r>
        <w:rPr>
          <w:rFonts w:asciiTheme="majorHAnsi" w:hAnsiTheme="majorHAnsi" w:cstheme="majorHAnsi"/>
          <w:szCs w:val="18"/>
        </w:rPr>
        <w:tab/>
      </w:r>
    </w:p>
    <w:p w14:paraId="7244B80F" w14:textId="412A2EB2" w:rsidR="00B33A2E" w:rsidRPr="00743E27" w:rsidRDefault="00B33A2E" w:rsidP="00B33A2E">
      <w:pPr>
        <w:rPr>
          <w:rFonts w:asciiTheme="majorHAnsi" w:hAnsiTheme="majorHAnsi" w:cstheme="majorHAnsi"/>
          <w:szCs w:val="18"/>
        </w:rPr>
      </w:pPr>
      <w:r w:rsidRPr="00743E27">
        <w:rPr>
          <w:rFonts w:asciiTheme="majorHAnsi" w:hAnsiTheme="majorHAnsi" w:cstheme="majorHAnsi"/>
          <w:szCs w:val="18"/>
        </w:rPr>
        <w:t xml:space="preserve">                   DANIŞMAN ÖĞRETMEN                                                                          DANIŞMAN ÖĞRETMEN        </w:t>
      </w:r>
    </w:p>
    <w:p w14:paraId="51561687" w14:textId="77777777" w:rsidR="00B33A2E" w:rsidRPr="00743E27" w:rsidRDefault="00B33A2E" w:rsidP="00B33A2E">
      <w:pPr>
        <w:jc w:val="center"/>
        <w:rPr>
          <w:rFonts w:asciiTheme="majorHAnsi" w:hAnsiTheme="majorHAnsi" w:cstheme="majorHAnsi"/>
          <w:szCs w:val="18"/>
        </w:rPr>
      </w:pPr>
      <w:r w:rsidRPr="00743E27">
        <w:rPr>
          <w:rFonts w:asciiTheme="majorHAnsi" w:hAnsiTheme="majorHAnsi" w:cstheme="majorHAnsi"/>
          <w:szCs w:val="18"/>
        </w:rPr>
        <w:t>UYGUNDUR</w:t>
      </w:r>
    </w:p>
    <w:p w14:paraId="6EAB1547" w14:textId="77777777" w:rsidR="00B33A2E" w:rsidRPr="00743E27" w:rsidRDefault="00B33A2E" w:rsidP="00B33A2E">
      <w:pPr>
        <w:jc w:val="center"/>
        <w:rPr>
          <w:rFonts w:asciiTheme="majorHAnsi" w:hAnsiTheme="majorHAnsi" w:cstheme="majorHAnsi"/>
          <w:szCs w:val="18"/>
        </w:rPr>
      </w:pPr>
      <w:r w:rsidRPr="00743E27">
        <w:rPr>
          <w:rFonts w:asciiTheme="majorHAnsi" w:hAnsiTheme="majorHAnsi" w:cstheme="majorHAnsi"/>
          <w:szCs w:val="18"/>
        </w:rPr>
        <w:t>…………………………………………</w:t>
      </w:r>
    </w:p>
    <w:p w14:paraId="345C35A3" w14:textId="77777777" w:rsidR="00B33A2E" w:rsidRPr="00743E27" w:rsidRDefault="00B33A2E" w:rsidP="00B33A2E">
      <w:pPr>
        <w:jc w:val="center"/>
        <w:rPr>
          <w:rFonts w:asciiTheme="majorHAnsi" w:hAnsiTheme="majorHAnsi" w:cstheme="majorHAnsi"/>
          <w:szCs w:val="18"/>
        </w:rPr>
      </w:pPr>
      <w:r w:rsidRPr="00743E27">
        <w:rPr>
          <w:rFonts w:asciiTheme="majorHAnsi" w:hAnsiTheme="majorHAnsi" w:cstheme="majorHAnsi"/>
          <w:szCs w:val="18"/>
        </w:rPr>
        <w:t>OKUL MÜDÜRÜ</w:t>
      </w:r>
    </w:p>
    <w:p w14:paraId="508276F8" w14:textId="77777777" w:rsidR="00B33A2E" w:rsidRPr="00743E27" w:rsidRDefault="00B33A2E" w:rsidP="00B33A2E">
      <w:pPr>
        <w:rPr>
          <w:rFonts w:asciiTheme="majorHAnsi" w:hAnsiTheme="majorHAnsi" w:cstheme="majorHAnsi"/>
          <w:b/>
          <w:bCs/>
          <w:szCs w:val="18"/>
        </w:rPr>
      </w:pPr>
      <w:r w:rsidRPr="00743E27">
        <w:rPr>
          <w:rFonts w:asciiTheme="majorHAnsi" w:hAnsiTheme="majorHAnsi" w:cstheme="majorHAnsi"/>
          <w:noProof/>
          <w:szCs w:val="18"/>
        </w:rPr>
        <w:drawing>
          <wp:anchor distT="0" distB="0" distL="114300" distR="114300" simplePos="0" relativeHeight="251659264" behindDoc="1" locked="0" layoutInCell="1" allowOverlap="1" wp14:anchorId="7F0F7B52" wp14:editId="0FFAF71F">
            <wp:simplePos x="0" y="0"/>
            <wp:positionH relativeFrom="column">
              <wp:posOffset>1707411</wp:posOffset>
            </wp:positionH>
            <wp:positionV relativeFrom="paragraph">
              <wp:posOffset>250913</wp:posOffset>
            </wp:positionV>
            <wp:extent cx="285750" cy="285750"/>
            <wp:effectExtent l="0" t="0" r="0" b="0"/>
            <wp:wrapTight wrapText="bothSides">
              <wp:wrapPolygon edited="0">
                <wp:start x="0" y="0"/>
                <wp:lineTo x="0" y="20160"/>
                <wp:lineTo x="20160" y="20160"/>
                <wp:lineTo x="20160" y="0"/>
                <wp:lineTo x="0" y="0"/>
              </wp:wrapPolygon>
            </wp:wrapTight>
            <wp:docPr id="1445627325" name="Resim 6" descr="Instagram - Vikiped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Instagram - Vikipedi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1AF03F" w14:textId="77777777" w:rsidR="00B33A2E" w:rsidRPr="00743E27" w:rsidRDefault="00B33A2E" w:rsidP="00B33A2E">
      <w:pPr>
        <w:rPr>
          <w:rFonts w:asciiTheme="majorHAnsi" w:hAnsiTheme="majorHAnsi" w:cstheme="majorHAnsi"/>
          <w:b/>
          <w:bCs/>
          <w:szCs w:val="18"/>
        </w:rPr>
      </w:pPr>
      <w:r w:rsidRPr="00743E27">
        <w:rPr>
          <w:rFonts w:asciiTheme="majorHAnsi" w:hAnsiTheme="majorHAnsi" w:cstheme="majorHAnsi"/>
          <w:b/>
          <w:bCs/>
          <w:szCs w:val="18"/>
        </w:rPr>
        <w:t xml:space="preserve">                                                                                                            </w:t>
      </w:r>
      <w:hyperlink r:id="rId10" w:history="1">
        <w:r w:rsidRPr="00743E27">
          <w:rPr>
            <w:rStyle w:val="Kpr"/>
            <w:rFonts w:asciiTheme="majorHAnsi" w:hAnsiTheme="majorHAnsi" w:cstheme="majorHAnsi"/>
            <w:b/>
            <w:bCs/>
            <w:szCs w:val="18"/>
          </w:rPr>
          <w:t>https://www.instagram.com/fenusbilim/</w:t>
        </w:r>
      </w:hyperlink>
      <w:r w:rsidRPr="00743E27">
        <w:rPr>
          <w:rFonts w:asciiTheme="majorHAnsi" w:hAnsiTheme="majorHAnsi" w:cstheme="majorHAnsi"/>
          <w:b/>
          <w:bCs/>
          <w:szCs w:val="18"/>
        </w:rPr>
        <w:t xml:space="preserve"> </w:t>
      </w:r>
    </w:p>
    <w:p w14:paraId="7C7F66CB" w14:textId="77777777" w:rsidR="00B33A2E" w:rsidRPr="00743E27" w:rsidRDefault="00B33A2E" w:rsidP="00B33A2E">
      <w:pPr>
        <w:rPr>
          <w:rFonts w:asciiTheme="majorHAnsi" w:hAnsiTheme="majorHAnsi" w:cstheme="majorHAnsi"/>
          <w:b/>
          <w:bCs/>
          <w:szCs w:val="18"/>
        </w:rPr>
      </w:pPr>
      <w:r w:rsidRPr="00743E27">
        <w:rPr>
          <w:rFonts w:asciiTheme="majorHAnsi" w:hAnsiTheme="majorHAnsi" w:cstheme="majorHAnsi"/>
          <w:noProof/>
          <w:szCs w:val="18"/>
        </w:rPr>
        <w:drawing>
          <wp:anchor distT="0" distB="0" distL="114300" distR="114300" simplePos="0" relativeHeight="251660288" behindDoc="1" locked="0" layoutInCell="1" allowOverlap="1" wp14:anchorId="29E71D54" wp14:editId="225CFAC8">
            <wp:simplePos x="0" y="0"/>
            <wp:positionH relativeFrom="column">
              <wp:posOffset>1701623</wp:posOffset>
            </wp:positionH>
            <wp:positionV relativeFrom="paragraph">
              <wp:posOffset>175895</wp:posOffset>
            </wp:positionV>
            <wp:extent cx="365760" cy="327025"/>
            <wp:effectExtent l="0" t="0" r="0" b="0"/>
            <wp:wrapTight wrapText="bothSides">
              <wp:wrapPolygon edited="0">
                <wp:start x="0" y="0"/>
                <wp:lineTo x="0" y="20132"/>
                <wp:lineTo x="20250" y="20132"/>
                <wp:lineTo x="20250" y="0"/>
                <wp:lineTo x="0" y="0"/>
              </wp:wrapPolygon>
            </wp:wrapTight>
            <wp:docPr id="1752705003" name="Resim 5" descr="metin, yazı tipi, grafik, logo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etin, yazı tipi, grafik, logo içeren bir resim&#10;&#10;Açıklama otomatik olarak oluşturuldu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327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9765A5" w14:textId="77777777" w:rsidR="00B33A2E" w:rsidRPr="00743E27" w:rsidRDefault="00B33A2E" w:rsidP="00B33A2E">
      <w:pPr>
        <w:rPr>
          <w:rFonts w:asciiTheme="majorHAnsi" w:hAnsiTheme="majorHAnsi" w:cstheme="majorHAnsi"/>
          <w:b/>
          <w:bCs/>
          <w:szCs w:val="18"/>
        </w:rPr>
      </w:pPr>
      <w:r w:rsidRPr="00743E27">
        <w:rPr>
          <w:rFonts w:asciiTheme="majorHAnsi" w:hAnsiTheme="majorHAnsi" w:cstheme="majorHAnsi"/>
          <w:b/>
          <w:bCs/>
          <w:szCs w:val="18"/>
        </w:rPr>
        <w:t xml:space="preserve">                                                                                                           </w:t>
      </w:r>
      <w:hyperlink r:id="rId12" w:history="1">
        <w:r w:rsidRPr="00743E27">
          <w:rPr>
            <w:rStyle w:val="Kpr"/>
            <w:rFonts w:asciiTheme="majorHAnsi" w:hAnsiTheme="majorHAnsi" w:cstheme="majorHAnsi"/>
            <w:b/>
            <w:bCs/>
            <w:szCs w:val="18"/>
          </w:rPr>
          <w:t>https://www.fenusbilim.com/</w:t>
        </w:r>
      </w:hyperlink>
      <w:r w:rsidRPr="00743E27">
        <w:rPr>
          <w:rFonts w:asciiTheme="majorHAnsi" w:hAnsiTheme="majorHAnsi" w:cstheme="majorHAnsi"/>
          <w:b/>
          <w:bCs/>
          <w:szCs w:val="18"/>
        </w:rPr>
        <w:t xml:space="preserve"> </w:t>
      </w:r>
    </w:p>
    <w:p w14:paraId="512333FF" w14:textId="77777777" w:rsidR="00B33A2E" w:rsidRPr="00743E27" w:rsidRDefault="00B33A2E" w:rsidP="00B33A2E">
      <w:pPr>
        <w:rPr>
          <w:rFonts w:asciiTheme="majorHAnsi" w:hAnsiTheme="majorHAnsi" w:cstheme="majorHAnsi"/>
          <w:b/>
          <w:bCs/>
          <w:szCs w:val="18"/>
        </w:rPr>
      </w:pPr>
      <w:r w:rsidRPr="00743E27">
        <w:rPr>
          <w:rFonts w:asciiTheme="majorHAnsi" w:hAnsiTheme="majorHAnsi" w:cstheme="majorHAnsi"/>
          <w:noProof/>
          <w:szCs w:val="18"/>
        </w:rPr>
        <w:drawing>
          <wp:anchor distT="0" distB="0" distL="114300" distR="114300" simplePos="0" relativeHeight="251661312" behindDoc="1" locked="0" layoutInCell="1" allowOverlap="1" wp14:anchorId="640D8745" wp14:editId="760B603E">
            <wp:simplePos x="0" y="0"/>
            <wp:positionH relativeFrom="column">
              <wp:posOffset>1672533</wp:posOffset>
            </wp:positionH>
            <wp:positionV relativeFrom="paragraph">
              <wp:posOffset>123825</wp:posOffset>
            </wp:positionV>
            <wp:extent cx="438150" cy="438150"/>
            <wp:effectExtent l="0" t="0" r="0" b="0"/>
            <wp:wrapTight wrapText="bothSides">
              <wp:wrapPolygon edited="0">
                <wp:start x="0" y="0"/>
                <wp:lineTo x="0" y="20661"/>
                <wp:lineTo x="20661" y="20661"/>
                <wp:lineTo x="20661" y="0"/>
                <wp:lineTo x="0" y="0"/>
              </wp:wrapPolygon>
            </wp:wrapTight>
            <wp:docPr id="1605502626" name="Resim 4" descr="YouTube Türkiye - YouT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" descr="YouTube Türkiye - YouTube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D245AA" w14:textId="65A92CEA" w:rsidR="007C7393" w:rsidRPr="003912E7" w:rsidRDefault="00B33A2E">
      <w:pPr>
        <w:rPr>
          <w:rFonts w:asciiTheme="majorHAnsi" w:hAnsiTheme="majorHAnsi" w:cstheme="majorHAnsi"/>
          <w:b/>
          <w:bCs/>
          <w:szCs w:val="18"/>
        </w:rPr>
      </w:pPr>
      <w:r w:rsidRPr="00743E27">
        <w:rPr>
          <w:rFonts w:asciiTheme="majorHAnsi" w:hAnsiTheme="majorHAnsi" w:cstheme="majorHAnsi"/>
          <w:b/>
          <w:bCs/>
          <w:szCs w:val="18"/>
        </w:rPr>
        <w:t xml:space="preserve">                                                                                                             </w:t>
      </w:r>
      <w:hyperlink r:id="rId14" w:history="1">
        <w:r w:rsidRPr="00743E27">
          <w:rPr>
            <w:rStyle w:val="Kpr"/>
            <w:rFonts w:asciiTheme="majorHAnsi" w:hAnsiTheme="majorHAnsi" w:cstheme="majorHAnsi"/>
            <w:b/>
            <w:bCs/>
            <w:szCs w:val="18"/>
          </w:rPr>
          <w:t>https://www.youtube.com/@fenusbilim</w:t>
        </w:r>
      </w:hyperlink>
      <w:r w:rsidRPr="00743E27">
        <w:rPr>
          <w:rFonts w:asciiTheme="majorHAnsi" w:hAnsiTheme="majorHAnsi" w:cstheme="majorHAnsi"/>
          <w:b/>
          <w:bCs/>
          <w:szCs w:val="18"/>
        </w:rPr>
        <w:t xml:space="preserve"> </w:t>
      </w:r>
    </w:p>
    <w:sectPr w:rsidR="007C7393" w:rsidRPr="003912E7" w:rsidSect="00034616">
      <w:footerReference w:type="default" r:id="rId15"/>
      <w:pgSz w:w="16838" w:h="11906"/>
      <w:pgMar w:top="680" w:right="680" w:bottom="680" w:left="6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7AA6A2" w14:textId="77777777" w:rsidR="00591380" w:rsidRDefault="00591380">
      <w:pPr>
        <w:spacing w:after="0" w:line="240" w:lineRule="auto"/>
      </w:pPr>
      <w:r>
        <w:separator/>
      </w:r>
    </w:p>
  </w:endnote>
  <w:endnote w:type="continuationSeparator" w:id="0">
    <w:p w14:paraId="4B3C1C24" w14:textId="77777777" w:rsidR="00591380" w:rsidRDefault="005913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FBE34" w14:textId="77777777" w:rsidR="007C7393" w:rsidRDefault="00F24C6A">
    <w:pPr>
      <w:pStyle w:val="AltBilgi"/>
      <w:jc w:val="center"/>
    </w:pPr>
    <w:r>
      <w:rPr>
        <w:sz w:val="16"/>
      </w:rPr>
      <w:t xml:space="preserve">2026-2027 </w:t>
    </w:r>
    <w:proofErr w:type="spellStart"/>
    <w:r>
      <w:rPr>
        <w:sz w:val="16"/>
      </w:rPr>
      <w:t>Bilim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Kulübü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Ortaokul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Yıllık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Çalışma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Planı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9F5678" w14:textId="77777777" w:rsidR="00591380" w:rsidRDefault="00591380">
      <w:pPr>
        <w:spacing w:after="0" w:line="240" w:lineRule="auto"/>
      </w:pPr>
      <w:r>
        <w:separator/>
      </w:r>
    </w:p>
  </w:footnote>
  <w:footnote w:type="continuationSeparator" w:id="0">
    <w:p w14:paraId="23676567" w14:textId="77777777" w:rsidR="00591380" w:rsidRDefault="005913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52592020">
    <w:abstractNumId w:val="8"/>
  </w:num>
  <w:num w:numId="2" w16cid:durableId="1607730405">
    <w:abstractNumId w:val="6"/>
  </w:num>
  <w:num w:numId="3" w16cid:durableId="1396314058">
    <w:abstractNumId w:val="5"/>
  </w:num>
  <w:num w:numId="4" w16cid:durableId="2074935492">
    <w:abstractNumId w:val="4"/>
  </w:num>
  <w:num w:numId="5" w16cid:durableId="1245409933">
    <w:abstractNumId w:val="7"/>
  </w:num>
  <w:num w:numId="6" w16cid:durableId="1717196846">
    <w:abstractNumId w:val="3"/>
  </w:num>
  <w:num w:numId="7" w16cid:durableId="352849021">
    <w:abstractNumId w:val="2"/>
  </w:num>
  <w:num w:numId="8" w16cid:durableId="640623813">
    <w:abstractNumId w:val="1"/>
  </w:num>
  <w:num w:numId="9" w16cid:durableId="4244976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D36B0"/>
    <w:rsid w:val="00141FE9"/>
    <w:rsid w:val="0015074B"/>
    <w:rsid w:val="001D6A20"/>
    <w:rsid w:val="00207EBF"/>
    <w:rsid w:val="0029639D"/>
    <w:rsid w:val="002E1354"/>
    <w:rsid w:val="00326F90"/>
    <w:rsid w:val="003912E7"/>
    <w:rsid w:val="00423CA6"/>
    <w:rsid w:val="004A1667"/>
    <w:rsid w:val="00591380"/>
    <w:rsid w:val="007C7393"/>
    <w:rsid w:val="0082612B"/>
    <w:rsid w:val="00A82186"/>
    <w:rsid w:val="00AA1D8D"/>
    <w:rsid w:val="00AB0CB7"/>
    <w:rsid w:val="00AB2499"/>
    <w:rsid w:val="00B33A2E"/>
    <w:rsid w:val="00B47730"/>
    <w:rsid w:val="00B510F0"/>
    <w:rsid w:val="00B94913"/>
    <w:rsid w:val="00C64BA1"/>
    <w:rsid w:val="00CB0664"/>
    <w:rsid w:val="00E63A46"/>
    <w:rsid w:val="00F24C6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CC411C"/>
  <w14:defaultImageDpi w14:val="300"/>
  <w15:docId w15:val="{FCCCDF62-CCDA-2B4F-BB44-137DCEFDE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Kpr">
    <w:name w:val="Hyperlink"/>
    <w:basedOn w:val="VarsaylanParagrafYazTipi"/>
    <w:uiPriority w:val="99"/>
    <w:unhideWhenUsed/>
    <w:rsid w:val="00B33A2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enusbilim.com" TargetMode="External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fenusbilim.com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instagram.com/fenusbilim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yperlink" Target="https://www.youtube.com/@fenusbil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1323</Words>
  <Characters>7546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8852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azime ymn</cp:lastModifiedBy>
  <cp:revision>10</cp:revision>
  <dcterms:created xsi:type="dcterms:W3CDTF">2026-10-08T11:19:00Z</dcterms:created>
  <dcterms:modified xsi:type="dcterms:W3CDTF">2026-10-08T12:31:00Z</dcterms:modified>
  <cp:category/>
</cp:coreProperties>
</file>