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2351"/>
        <w:gridCol w:w="2438"/>
        <w:gridCol w:w="4526"/>
        <w:gridCol w:w="2977"/>
        <w:gridCol w:w="1843"/>
        <w:gridCol w:w="1600"/>
      </w:tblGrid>
      <w:tr w:rsidR="001B6BD8" w:rsidRPr="00C51445" w14:paraId="74D977CF" w14:textId="77777777" w:rsidTr="00561F81">
        <w:trPr>
          <w:trHeight w:val="763"/>
          <w:jc w:val="center"/>
        </w:trPr>
        <w:tc>
          <w:tcPr>
            <w:tcW w:w="15735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EBF21" w14:textId="77777777" w:rsidR="001B6BD8" w:rsidRPr="00743E27" w:rsidRDefault="001B6BD8" w:rsidP="00743E27">
            <w:pPr>
              <w:tabs>
                <w:tab w:val="left" w:pos="280"/>
                <w:tab w:val="center" w:pos="7104"/>
                <w:tab w:val="left" w:pos="12460"/>
              </w:tabs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43E2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202…-202… EĞİTİM-ÖĞRETİM YILI ……………………………………………  </w:t>
            </w:r>
            <w:hyperlink r:id="rId8" w:history="1">
              <w:r w:rsidRPr="00743E27">
                <w:rPr>
                  <w:rStyle w:val="Kpr"/>
                  <w:rFonts w:asciiTheme="majorHAnsi" w:hAnsiTheme="majorHAnsi" w:cstheme="majorHAnsi"/>
                  <w:b/>
                  <w:sz w:val="32"/>
                  <w:szCs w:val="32"/>
                </w:rPr>
                <w:t>www.fenusbilim.com</w:t>
              </w:r>
            </w:hyperlink>
            <w:r w:rsidRPr="00743E2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ORTAOKULU</w:t>
            </w:r>
          </w:p>
          <w:p w14:paraId="58CB64CD" w14:textId="6E825409" w:rsidR="001B6BD8" w:rsidRPr="00C51445" w:rsidRDefault="001B6BD8" w:rsidP="00743E27">
            <w:pPr>
              <w:jc w:val="center"/>
              <w:rPr>
                <w:rFonts w:asciiTheme="majorHAnsi" w:hAnsiTheme="majorHAnsi" w:cstheme="majorHAnsi"/>
                <w:b/>
                <w:color w:val="FFFFFF"/>
                <w:sz w:val="32"/>
                <w:szCs w:val="32"/>
              </w:rPr>
            </w:pPr>
            <w:r w:rsidRPr="00C51445">
              <w:rPr>
                <w:rFonts w:asciiTheme="majorHAnsi" w:hAnsiTheme="majorHAnsi" w:cstheme="majorHAnsi"/>
                <w:b/>
                <w:sz w:val="32"/>
                <w:szCs w:val="32"/>
              </w:rPr>
              <w:t>BİLİM</w:t>
            </w:r>
            <w:hyperlink r:id="rId9" w:history="1">
              <w:r w:rsidRPr="00C51445">
                <w:rPr>
                  <w:rStyle w:val="Kpr"/>
                  <w:rFonts w:asciiTheme="majorHAnsi" w:eastAsiaTheme="minorHAnsi" w:hAnsiTheme="majorHAnsi" w:cstheme="majorHAnsi"/>
                  <w:b/>
                  <w:sz w:val="32"/>
                  <w:szCs w:val="32"/>
                </w:rPr>
                <w:t>,</w:t>
              </w:r>
            </w:hyperlink>
            <w:r w:rsidRPr="00C5144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FEN VE TEKNOLOJİ KULÜBÜ YILLIK </w:t>
            </w:r>
            <w:r w:rsidRPr="00743E27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ÇALIŞMA </w:t>
            </w:r>
            <w:r w:rsidRPr="00C51445">
              <w:rPr>
                <w:rFonts w:asciiTheme="majorHAnsi" w:hAnsiTheme="majorHAnsi" w:cstheme="majorHAnsi"/>
                <w:b/>
                <w:sz w:val="32"/>
                <w:szCs w:val="32"/>
              </w:rPr>
              <w:t>PLANI</w:t>
            </w:r>
          </w:p>
        </w:tc>
      </w:tr>
      <w:tr w:rsidR="001B6BD8" w:rsidRPr="00743E27" w14:paraId="01802973" w14:textId="77777777" w:rsidTr="00561F81">
        <w:trPr>
          <w:trHeight w:val="240"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2481A" w14:textId="77777777" w:rsidR="001B6BD8" w:rsidRPr="00743E27" w:rsidRDefault="001B6BD8" w:rsidP="00743E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Tarih /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Dönem</w:t>
            </w:r>
            <w:proofErr w:type="spellEnd"/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4E80A" w14:textId="77777777" w:rsidR="001B6BD8" w:rsidRPr="00743E27" w:rsidRDefault="001B6BD8" w:rsidP="00743E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Amaç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66BE7" w14:textId="77777777" w:rsidR="001B6BD8" w:rsidRPr="00743E27" w:rsidRDefault="001B6BD8" w:rsidP="00743E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Yapılacak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Etkinlik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Çalışmalar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62D18" w14:textId="77777777" w:rsidR="001B6BD8" w:rsidRPr="00743E27" w:rsidRDefault="001B6BD8" w:rsidP="00743E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Alt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Hedef</w:t>
            </w:r>
            <w:proofErr w:type="spellEnd"/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CF58D" w14:textId="77777777" w:rsidR="001B6BD8" w:rsidRPr="00743E27" w:rsidRDefault="001B6BD8" w:rsidP="00743E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Belirli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Gün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Haftalar</w:t>
            </w:r>
            <w:proofErr w:type="spellEnd"/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50F3F" w14:textId="77777777" w:rsidR="001B6BD8" w:rsidRPr="00743E27" w:rsidRDefault="001B6BD8" w:rsidP="00743E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Beklenen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Ürün</w:t>
            </w:r>
            <w:proofErr w:type="spellEnd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/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 w:val="20"/>
                <w:szCs w:val="20"/>
              </w:rPr>
              <w:t>Değerlendirme</w:t>
            </w:r>
            <w:proofErr w:type="spellEnd"/>
          </w:p>
        </w:tc>
      </w:tr>
      <w:tr w:rsidR="001B6BD8" w:rsidRPr="00274923" w14:paraId="321B916D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2DBD3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14-30 Eylül 2026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7E639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Kulübün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çalışma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düzenini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kurmak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öğrencilerin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merak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sorgulama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tanımak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8035D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Kulüp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tanışması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görev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dağılımı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düşünme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değerlendirmesi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“Merak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Duvarı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”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öğrencilerin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istedikleri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konuları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belirleme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60976" w14:textId="52E9A442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B.4</w:t>
            </w:r>
            <w:r w:rsidR="00743E27"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="00743E27"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5C551" w14:textId="77777777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İlköğretim Haftası: Ders yılının başladığı ikinci hafta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F78E9" w14:textId="77777777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Kulüp üye listesi, görev dağılımı, ön değerlendirme</w:t>
            </w:r>
          </w:p>
        </w:tc>
      </w:tr>
      <w:tr w:rsidR="001B6BD8" w:rsidRPr="00274923" w14:paraId="04F519FB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6D923" w14:textId="301B7360" w:rsidR="001B6BD8" w:rsidRPr="00743E27" w:rsidRDefault="00EC1D6D" w:rsidP="00743E27">
            <w:pPr>
              <w:rPr>
                <w:rFonts w:asciiTheme="majorHAnsi" w:hAnsiTheme="majorHAnsi" w:cstheme="majorHAnsi"/>
                <w:szCs w:val="18"/>
              </w:rPr>
            </w:pPr>
            <w:r>
              <w:rPr>
                <w:rFonts w:asciiTheme="majorHAnsi" w:hAnsiTheme="majorHAnsi" w:cstheme="majorHAnsi"/>
                <w:b/>
                <w:szCs w:val="18"/>
              </w:rPr>
              <w:t xml:space="preserve">2- 30 </w:t>
            </w:r>
            <w:r w:rsidR="001B6BD8" w:rsidRPr="00743E27">
              <w:rPr>
                <w:rFonts w:asciiTheme="majorHAnsi" w:hAnsiTheme="majorHAnsi" w:cstheme="majorHAnsi"/>
                <w:b/>
                <w:szCs w:val="18"/>
              </w:rPr>
              <w:t>Ekim 2026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50C0D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Analitik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düşünme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problem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gözlem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kanıta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dayalı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çıkarım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C1D9F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Problem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mantık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oyunları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tablo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grafik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inceleme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günlük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yaşamdan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probleme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neden-sonuç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analizi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afet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risklerine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ilişkin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bilgi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incelemesi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940DE" w14:textId="4731C085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B.4</w:t>
            </w:r>
            <w:r w:rsidR="00743E27"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="00743E27"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A51E7" w14:textId="77777777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Dünya Afet Azaltma Günü: 13 Ekim</w:t>
            </w:r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4C8CF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Veri analizi formu, neden-sonuç şeması</w:t>
            </w:r>
          </w:p>
        </w:tc>
      </w:tr>
      <w:tr w:rsidR="001B6BD8" w:rsidRPr="00743E27" w14:paraId="5A096C7C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267C2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2-13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Kasım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2026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35271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basamaklarını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sorumluluğunu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kavratmak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EB882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sorusu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test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edilebilir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hipotez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yazma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değişkenleri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belirleme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adil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test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deney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tasarımı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; “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Hipotez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Kurma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Test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Atölyesi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”.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905A7" w14:textId="670615BE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ABAE0" w14:textId="77777777" w:rsidR="001B6BD8" w:rsidRPr="00561F81" w:rsidRDefault="001B6BD8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Afet Eğitimi Hazırlık Günü: 12 Kasım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FE9BC" w14:textId="77777777" w:rsidR="001B6BD8" w:rsidRPr="00743E27" w:rsidRDefault="001B6BD8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>Soru-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hipotez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formu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deney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tasarım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şablonu</w:t>
            </w:r>
            <w:proofErr w:type="spellEnd"/>
          </w:p>
        </w:tc>
      </w:tr>
      <w:tr w:rsidR="00743E27" w:rsidRPr="00743E27" w14:paraId="52E2A054" w14:textId="77777777" w:rsidTr="00561F81">
        <w:trPr>
          <w:cantSplit/>
          <w:jc w:val="center"/>
        </w:trPr>
        <w:tc>
          <w:tcPr>
            <w:tcW w:w="15735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A0A86" w14:textId="7977B9EE" w:rsidR="00743E27" w:rsidRPr="00743E27" w:rsidRDefault="00743E27" w:rsidP="00743E27">
            <w:pPr>
              <w:jc w:val="center"/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eastAsia="Times New Roman" w:cs="Calibri"/>
                <w:b/>
                <w:bCs/>
                <w:sz w:val="28"/>
                <w:szCs w:val="28"/>
              </w:rPr>
              <w:t>1</w:t>
            </w:r>
            <w:hyperlink r:id="rId10" w:history="1">
              <w:r w:rsidRPr="00743E27">
                <w:rPr>
                  <w:rStyle w:val="Kpr"/>
                  <w:rFonts w:eastAsia="Times New Roman" w:cs="Calibri"/>
                  <w:b/>
                  <w:bCs/>
                  <w:sz w:val="28"/>
                  <w:szCs w:val="28"/>
                </w:rPr>
                <w:t>.</w:t>
              </w:r>
            </w:hyperlink>
            <w:r w:rsidRPr="00743E27">
              <w:rPr>
                <w:rFonts w:eastAsia="Times New Roman" w:cs="Calibri"/>
                <w:b/>
                <w:bCs/>
                <w:sz w:val="28"/>
                <w:szCs w:val="28"/>
              </w:rPr>
              <w:t xml:space="preserve"> Ara Tatil: 16-20 </w:t>
            </w:r>
            <w:proofErr w:type="spellStart"/>
            <w:r w:rsidRPr="00743E27">
              <w:rPr>
                <w:rFonts w:eastAsia="Times New Roman" w:cs="Calibri"/>
                <w:b/>
                <w:bCs/>
                <w:sz w:val="28"/>
                <w:szCs w:val="28"/>
              </w:rPr>
              <w:t>Kasım</w:t>
            </w:r>
            <w:proofErr w:type="spellEnd"/>
            <w:r w:rsidRPr="00743E27">
              <w:rPr>
                <w:rFonts w:eastAsia="Times New Roman" w:cs="Calibri"/>
                <w:b/>
                <w:bCs/>
                <w:sz w:val="28"/>
                <w:szCs w:val="28"/>
              </w:rPr>
              <w:t xml:space="preserve"> 2026</w:t>
            </w:r>
          </w:p>
        </w:tc>
      </w:tr>
      <w:tr w:rsidR="00743E27" w:rsidRPr="00743E27" w14:paraId="723EF5CC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3B0F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23-30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Kasım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2026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86DA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yöntemde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toplama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kayıt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becerisini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3D140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Basit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deneysel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çalışma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gözlem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ölçüm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sonuçlarını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düzenli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kaydetme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tabloya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aktarma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sonuçları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karşılaştırma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F4A75" w14:textId="6B5B21D5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84BE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Öğretmenler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: 24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Kasım</w:t>
            </w:r>
            <w:proofErr w:type="spellEnd"/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5089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Deney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föyü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tablosu</w:t>
            </w:r>
            <w:proofErr w:type="spellEnd"/>
          </w:p>
        </w:tc>
      </w:tr>
      <w:tr w:rsidR="00743E27" w:rsidRPr="00743E27" w14:paraId="0B5A5406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87ACF" w14:textId="3FCC1C01" w:rsidR="00743E27" w:rsidRPr="00743E27" w:rsidRDefault="00EC1D6D" w:rsidP="00743E27">
            <w:pPr>
              <w:rPr>
                <w:rFonts w:asciiTheme="majorHAnsi" w:hAnsiTheme="majorHAnsi" w:cstheme="majorHAnsi"/>
                <w:szCs w:val="18"/>
              </w:rPr>
            </w:pPr>
            <w:r>
              <w:rPr>
                <w:rFonts w:asciiTheme="majorHAnsi" w:hAnsiTheme="majorHAnsi" w:cstheme="majorHAnsi"/>
                <w:b/>
                <w:szCs w:val="18"/>
              </w:rPr>
              <w:t xml:space="preserve">4-28 </w:t>
            </w:r>
            <w:proofErr w:type="spellStart"/>
            <w:r w:rsidR="00743E27" w:rsidRPr="00743E27">
              <w:rPr>
                <w:rFonts w:asciiTheme="majorHAnsi" w:hAnsiTheme="majorHAnsi" w:cstheme="majorHAnsi"/>
                <w:b/>
                <w:szCs w:val="18"/>
              </w:rPr>
              <w:t>Aralık</w:t>
            </w:r>
            <w:proofErr w:type="spellEnd"/>
            <w:r w:rsidR="00743E27" w:rsidRPr="00743E27">
              <w:rPr>
                <w:rFonts w:asciiTheme="majorHAnsi" w:hAnsiTheme="majorHAnsi" w:cstheme="majorHAnsi"/>
                <w:b/>
                <w:szCs w:val="18"/>
              </w:rPr>
              <w:t xml:space="preserve"> 2026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C4006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Veriyi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yorumlama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çıkarım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yapma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tutarlılık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kullanımını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1048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Deney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grafikleştirme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bulguları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yorumlama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hata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tartışma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yerli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üretim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kaynakların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verimli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kullanımına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ilişkin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temelli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mini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2B3C7" w14:textId="78F04870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43C709BB" w14:textId="0214877E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B.4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D133D" w14:textId="77777777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Tutum, Yatırım ve Türk Malları Haftası: 12-18 Aralık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7EFD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Grafik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kısa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raporu</w:t>
            </w:r>
            <w:proofErr w:type="spellEnd"/>
          </w:p>
        </w:tc>
      </w:tr>
      <w:tr w:rsidR="00743E27" w:rsidRPr="00274923" w14:paraId="10B4A1BB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62201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4-22 Ocak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34034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Enerji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verimliliği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sürdürülebilirlik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konusunda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çözüm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2DB71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Okulda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enerji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kullanımını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gözlemleme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enerji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kaybı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noktalarını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belirleme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“Enerji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Dedektifleri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”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çalışması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enerji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verimliliği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için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öneri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posteri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basit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model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23402" w14:textId="16FE67E7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5EC93BA4" w14:textId="09076FDF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B.3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Harezmi Eğitim Modeli ile çok boyutlu düşünme becerilerini destekleme.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 xml:space="preserve"> 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1E841" w14:textId="77777777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Enerji Tasarrufu Haftası: Ocak ayının 2. haftası</w:t>
            </w:r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7F21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Enerji gözlem formu, poster veya model</w:t>
            </w:r>
          </w:p>
        </w:tc>
      </w:tr>
      <w:tr w:rsidR="00743E27" w:rsidRPr="00743E27" w14:paraId="4C6B0EC2" w14:textId="77777777" w:rsidTr="00561F81">
        <w:trPr>
          <w:cantSplit/>
          <w:jc w:val="center"/>
        </w:trPr>
        <w:tc>
          <w:tcPr>
            <w:tcW w:w="15735" w:type="dxa"/>
            <w:gridSpan w:val="6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9FC90" w14:textId="71AC8B0C" w:rsidR="00743E27" w:rsidRPr="00743E27" w:rsidRDefault="00743E27" w:rsidP="00743E27">
            <w:pPr>
              <w:jc w:val="center"/>
              <w:rPr>
                <w:rFonts w:asciiTheme="majorHAnsi" w:hAnsiTheme="majorHAnsi" w:cstheme="majorHAnsi"/>
                <w:sz w:val="32"/>
                <w:szCs w:val="32"/>
                <w:lang w:val="nb-NO"/>
              </w:rPr>
            </w:pPr>
            <w:r w:rsidRPr="00743E27">
              <w:rPr>
                <w:b/>
                <w:sz w:val="32"/>
                <w:szCs w:val="32"/>
              </w:rPr>
              <w:t>YARIYIL TATİLİ 25 OCAK 2026</w:t>
            </w:r>
            <w:hyperlink r:id="rId11" w:history="1">
              <w:r w:rsidRPr="00743E27">
                <w:rPr>
                  <w:rStyle w:val="Kpr"/>
                  <w:rFonts w:eastAsiaTheme="minorHAnsi"/>
                  <w:b/>
                  <w:sz w:val="32"/>
                  <w:szCs w:val="32"/>
                </w:rPr>
                <w:t>-</w:t>
              </w:r>
            </w:hyperlink>
            <w:r w:rsidRPr="00743E27">
              <w:rPr>
                <w:b/>
                <w:sz w:val="32"/>
                <w:szCs w:val="32"/>
              </w:rPr>
              <w:t xml:space="preserve"> 5 ŞUBAT 2027</w:t>
            </w:r>
          </w:p>
        </w:tc>
      </w:tr>
      <w:tr w:rsidR="00743E27" w:rsidRPr="00743E27" w14:paraId="677A9FF1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D3B5A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8-26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Şubat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AE34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bilgiye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erişme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seçme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bilgiyi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doğrulama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E171A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Arama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stratejileri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anahtar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kelime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belirleme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iki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daha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fazla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kaynağı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karşılaştırma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“Kaynak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mi?”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kontrol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listesi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hazırlama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90109" w14:textId="525C5388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Dijital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yenilikçi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proje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üretimini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teşvik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97FC7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Vergi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: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Şubat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ayının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son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7B00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Kaynak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değerlendirme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kontrol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listesi</w:t>
            </w:r>
            <w:proofErr w:type="spellEnd"/>
          </w:p>
        </w:tc>
      </w:tr>
      <w:tr w:rsidR="00743E27" w:rsidRPr="00274923" w14:paraId="7AC73C3B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6D31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lastRenderedPageBreak/>
              <w:t>1-5 Mart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DF553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Yenilikçi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fikir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üretme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planlama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9394E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Günlük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yaşamdan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ihtiyaç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belirleme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çözüm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fikirleri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üretme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fikirleri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uygulanabilirlik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işlevsellik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toplumsal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fayda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açısından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değerlendirme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ekiplerini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E5839" w14:textId="259DFAF4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Harezmi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Eğitim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ile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çok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boyutlu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düşünme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becerilerini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destekleme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  <w:p w14:paraId="28486278" w14:textId="745AAD7D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 xml:space="preserve"> B.5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Dijital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yenilikçi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proje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üretimini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teşvik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6561B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Girişimcilik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Mart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ayının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ilk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232B6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Proje fikir formu, ekip görev çizelgesi</w:t>
            </w:r>
          </w:p>
        </w:tc>
      </w:tr>
      <w:tr w:rsidR="0022343C" w:rsidRPr="00743E27" w14:paraId="2CEC8315" w14:textId="77777777" w:rsidTr="00561F81">
        <w:trPr>
          <w:cantSplit/>
          <w:jc w:val="center"/>
        </w:trPr>
        <w:tc>
          <w:tcPr>
            <w:tcW w:w="15735" w:type="dxa"/>
            <w:gridSpan w:val="6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D04C3" w14:textId="288CE392" w:rsidR="0022343C" w:rsidRPr="0022343C" w:rsidRDefault="0022343C" w:rsidP="0022343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22343C">
              <w:rPr>
                <w:rFonts w:eastAsia="Times New Roman" w:cs="Calibri"/>
                <w:b/>
                <w:bCs/>
                <w:sz w:val="28"/>
                <w:szCs w:val="28"/>
              </w:rPr>
              <w:t>2</w:t>
            </w:r>
            <w:hyperlink r:id="rId12" w:history="1">
              <w:r w:rsidRPr="0022343C">
                <w:rPr>
                  <w:rStyle w:val="Kpr"/>
                  <w:rFonts w:eastAsia="Times New Roman" w:cs="Calibri"/>
                  <w:b/>
                  <w:bCs/>
                  <w:sz w:val="28"/>
                  <w:szCs w:val="28"/>
                </w:rPr>
                <w:t>.</w:t>
              </w:r>
            </w:hyperlink>
            <w:r w:rsidRPr="0022343C">
              <w:rPr>
                <w:rFonts w:eastAsia="Times New Roman" w:cs="Calibri"/>
                <w:b/>
                <w:bCs/>
                <w:sz w:val="28"/>
                <w:szCs w:val="28"/>
              </w:rPr>
              <w:t xml:space="preserve"> ARA TATİL: 8-</w:t>
            </w:r>
            <w:proofErr w:type="gramStart"/>
            <w:r w:rsidRPr="0022343C">
              <w:rPr>
                <w:rFonts w:eastAsia="Times New Roman" w:cs="Calibri"/>
                <w:b/>
                <w:bCs/>
                <w:sz w:val="28"/>
                <w:szCs w:val="28"/>
              </w:rPr>
              <w:t>12  Mart</w:t>
            </w:r>
            <w:proofErr w:type="gramEnd"/>
            <w:r w:rsidRPr="0022343C">
              <w:rPr>
                <w:rFonts w:eastAsia="Times New Roman" w:cs="Calibri"/>
                <w:b/>
                <w:bCs/>
                <w:sz w:val="28"/>
                <w:szCs w:val="28"/>
              </w:rPr>
              <w:t xml:space="preserve"> 2027 (9</w:t>
            </w:r>
            <w:hyperlink r:id="rId13" w:history="1">
              <w:r w:rsidRPr="0022343C">
                <w:rPr>
                  <w:rStyle w:val="Kpr"/>
                  <w:rFonts w:eastAsia="Times New Roman" w:cs="Calibri"/>
                  <w:b/>
                  <w:bCs/>
                  <w:sz w:val="28"/>
                  <w:szCs w:val="28"/>
                </w:rPr>
                <w:t>-</w:t>
              </w:r>
            </w:hyperlink>
            <w:r w:rsidRPr="0022343C">
              <w:rPr>
                <w:rFonts w:eastAsia="Times New Roman" w:cs="Calibri"/>
                <w:b/>
                <w:bCs/>
                <w:sz w:val="28"/>
                <w:szCs w:val="28"/>
              </w:rPr>
              <w:t>11 Mart Ramazan Bayramı)</w:t>
            </w:r>
          </w:p>
        </w:tc>
      </w:tr>
      <w:tr w:rsidR="00743E27" w:rsidRPr="00743E27" w14:paraId="61201E4F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E969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15-19 Mart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44C76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teknolojinin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günlük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yaşamdaki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rolünü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fark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üretimi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görünür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kılmak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645C0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Teknoloji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kapsamında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planlanan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çalışmaların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ortamında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paylaşılması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insanları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teknolojik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gelişmeler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üzerine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öğrenci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sunumları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mini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istasyonları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E37C6" w14:textId="74339481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639EAC64" w14:textId="00264A07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B.5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Dijital okuryazarlığı geliştirerek yenilikçi proje üretimini teşvik etme.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869C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Bilim ve Teknoloji Haftası: 8-14 Mart. Ara tatil nedeniyle paylaşım etkinliği izleyen okul haftasında yürütülür.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E848E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Sunum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istasyonu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çıktıları</w:t>
            </w:r>
            <w:proofErr w:type="spellEnd"/>
          </w:p>
        </w:tc>
      </w:tr>
      <w:tr w:rsidR="00743E27" w:rsidRPr="00274923" w14:paraId="486D0381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7B20A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22-26 Mart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5EE57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Su,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orman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doğal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kaynakların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korunmasına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yönelik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farkındalık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56F1A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Okulda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tüketimi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gözlemi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tasarrufu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önerileri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orman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ekosistemlerinin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önemi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üzerine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görsel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inceleme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“Bir Damla, Bir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Yaşam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”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posteri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DC60C" w14:textId="2D0A3953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Harezmi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Eğitim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ile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çok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boyutlu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düşünme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becerilerini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destekleme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  <w:p w14:paraId="5303F6B6" w14:textId="57073A2C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B.4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C7BC8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Orman Haftası: 21-26 Mart; Dünya Su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: 22 Mart</w:t>
            </w:r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5956E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Su gözlem tablosu, bilim posteri</w:t>
            </w:r>
          </w:p>
        </w:tc>
      </w:tr>
      <w:tr w:rsidR="00743E27" w:rsidRPr="00743E27" w14:paraId="08537090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C510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29 Mart-2 Nisan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CE88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Bilgiye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erişim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tarama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alışkanlığını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desteklemek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1A0B1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Kütüphane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kaynaklardan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taraması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türlerini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karşılaştırma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kısa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kartı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hazırlama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5EBD0" w14:textId="43E611BF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3FDE86BC" w14:textId="392D203D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B.5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Dijital okuryazarlığı geliştirerek yenilikçi proje üretimini teşvik etme.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 xml:space="preserve"> 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3AB5E" w14:textId="77777777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Kütüphaneler Haftası: Mart ayının son pazartesi gününü içine alan hafta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22384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Kaynakça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kartı</w:t>
            </w:r>
            <w:proofErr w:type="spellEnd"/>
          </w:p>
        </w:tc>
      </w:tr>
      <w:tr w:rsidR="00743E27" w:rsidRPr="00274923" w14:paraId="7A95BB28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2061B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5-9 Nisan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0D95B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kişisel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sorumlu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paylaşım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bilinci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F3D97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Kişisel veri nedir? Dijital ortamlarda hangi bilgiler paylaşılmamalı? Örnek olay analizi; güvenli ve etik dijital paylaşım ilkeleri hazırlama.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EB5" w14:textId="29DCC88B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B.1(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 etiği ve araştırma sorumluluğu bilincini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1D8AB947" w14:textId="7D0878DD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B.5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Dijital okuryazarlığı geliştirerek yenilikçi proje üretimini teşvik etme.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29016" w14:textId="77777777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Kişisel Verileri Koruma Günü: 7 Nisan; Dünya Sağlık Günü/Haftası: 7-13 Nisan</w:t>
            </w:r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E9E2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Dijital etik ve veri güvenliği kontrol listesi</w:t>
            </w:r>
          </w:p>
        </w:tc>
      </w:tr>
      <w:tr w:rsidR="00743E27" w:rsidRPr="00743E27" w14:paraId="603C6848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9E7B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12-30 Nisan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C216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Akademik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dürüstlük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telif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gösterme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emeğe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saygı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bilinci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9CA1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Alıntı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kopyalama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arasındaki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fark;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görsel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metin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belirtme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basit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kaynakça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yazma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çalışmalarındaki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içeriklerin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düzenleme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E4F86" w14:textId="116112B6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Bilim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etiği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ve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araştırma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sorumluluğu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bilincini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  <w:p w14:paraId="126B19F2" w14:textId="637A018E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 xml:space="preserve"> B.5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Dijital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yenilikçi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proje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üretimini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teşvik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F0BDE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Dünya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Fikrî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Mülkiyet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: 26 Nisan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70AE7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Kaynakça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uygulaması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akademik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dürüstlük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kontrolü</w:t>
            </w:r>
            <w:proofErr w:type="spellEnd"/>
          </w:p>
        </w:tc>
      </w:tr>
      <w:tr w:rsidR="00743E27" w:rsidRPr="00274923" w14:paraId="06CF491B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98493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3-7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Mayıs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FBCE4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araçlarla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bilgiyi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düzenleme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ifade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becerisini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E473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tabloya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aktarma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grafik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infografik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dijital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poster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hazırlama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internet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sorumlu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teknoloji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kullanımı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üzerine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kısa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çalışma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F5217" w14:textId="0EB81446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Dijital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yenilikçi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proje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üretimini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teşvik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D03E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Bilişim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Mayıs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ayının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ilk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İş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Sağlığı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Güvenliği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4-10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Mayıs</w:t>
            </w:r>
            <w:proofErr w:type="spellEnd"/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BED64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Dijital grafik, infografik veya poster</w:t>
            </w:r>
          </w:p>
        </w:tc>
      </w:tr>
      <w:tr w:rsidR="00743E27" w:rsidRPr="00274923" w14:paraId="52CCDCE7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4457B" w14:textId="58D791E9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10-</w:t>
            </w:r>
            <w:r w:rsidR="0022343C">
              <w:rPr>
                <w:rFonts w:asciiTheme="majorHAnsi" w:hAnsiTheme="majorHAnsi" w:cstheme="majorHAnsi"/>
                <w:b/>
                <w:szCs w:val="18"/>
              </w:rPr>
              <w:t>14</w:t>
            </w: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Mayıs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A741F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Disiplinler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erişilebilir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çözüm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desteklemek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5AD71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Farklı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kullanıcı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ihtiyaçlarını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dikkate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alan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tasarım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fikirleri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model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prototip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akran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bildirimi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iyileştirme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B9C45" w14:textId="4DEBE858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Harezmi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Eğitim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ile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çok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boyutlu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düşünme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becerilerini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destekleme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6E332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Engelliler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10-16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Mayıs</w:t>
            </w:r>
            <w:proofErr w:type="spellEnd"/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6F717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Model/prototip, geri bildirim formu</w:t>
            </w:r>
          </w:p>
        </w:tc>
      </w:tr>
      <w:tr w:rsidR="0022343C" w:rsidRPr="00743E27" w14:paraId="6DEE5DA3" w14:textId="77777777" w:rsidTr="00561F81">
        <w:trPr>
          <w:cantSplit/>
          <w:jc w:val="center"/>
        </w:trPr>
        <w:tc>
          <w:tcPr>
            <w:tcW w:w="15735" w:type="dxa"/>
            <w:gridSpan w:val="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7EEBB" w14:textId="6B242F68" w:rsidR="0022343C" w:rsidRPr="0022343C" w:rsidRDefault="0022343C" w:rsidP="0022343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22343C">
              <w:rPr>
                <w:rFonts w:cs="Arial"/>
                <w:b/>
                <w:sz w:val="28"/>
                <w:szCs w:val="28"/>
              </w:rPr>
              <w:t xml:space="preserve">Kurban </w:t>
            </w:r>
            <w:proofErr w:type="spellStart"/>
            <w:r w:rsidRPr="0022343C">
              <w:rPr>
                <w:rFonts w:cs="Arial"/>
                <w:b/>
                <w:sz w:val="28"/>
                <w:szCs w:val="28"/>
              </w:rPr>
              <w:t>Bayramı</w:t>
            </w:r>
            <w:proofErr w:type="spellEnd"/>
            <w:r w:rsidRPr="0022343C">
              <w:rPr>
                <w:rFonts w:cs="Arial"/>
                <w:b/>
                <w:sz w:val="28"/>
                <w:szCs w:val="28"/>
              </w:rPr>
              <w:t xml:space="preserve"> 16-19 </w:t>
            </w:r>
            <w:proofErr w:type="spellStart"/>
            <w:r w:rsidRPr="0022343C">
              <w:rPr>
                <w:rFonts w:cs="Arial"/>
                <w:b/>
                <w:sz w:val="28"/>
                <w:szCs w:val="28"/>
              </w:rPr>
              <w:t>Mayıs</w:t>
            </w:r>
            <w:proofErr w:type="spellEnd"/>
            <w:r w:rsidRPr="0022343C">
              <w:rPr>
                <w:rFonts w:cs="Arial"/>
                <w:b/>
                <w:sz w:val="28"/>
                <w:szCs w:val="28"/>
              </w:rPr>
              <w:t xml:space="preserve"> 2027</w:t>
            </w:r>
          </w:p>
        </w:tc>
      </w:tr>
      <w:tr w:rsidR="0022343C" w:rsidRPr="00274923" w14:paraId="38A6A76D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598F9" w14:textId="723A5255" w:rsidR="0022343C" w:rsidRPr="00743E27" w:rsidRDefault="0022343C" w:rsidP="0022343C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lastRenderedPageBreak/>
              <w:t>1</w:t>
            </w:r>
            <w:r>
              <w:rPr>
                <w:rFonts w:asciiTheme="majorHAnsi" w:hAnsiTheme="majorHAnsi" w:cstheme="majorHAnsi"/>
                <w:b/>
                <w:szCs w:val="18"/>
              </w:rPr>
              <w:t>7-21</w:t>
            </w: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Mayıs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A7CF8" w14:textId="088C01E7" w:rsidR="0022343C" w:rsidRPr="00743E27" w:rsidRDefault="0022343C" w:rsidP="0022343C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Disiplinler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erişilebilir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çözüm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becerilerini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desteklemek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92151" w14:textId="7E31BAE7" w:rsidR="0022343C" w:rsidRPr="00743E27" w:rsidRDefault="0022343C" w:rsidP="0022343C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Farklı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kullanıcı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ihtiyaçlarını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dikkate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alan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tasarım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fikirleri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model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prototip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akran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bildirimi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iyileştirme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F77E" w14:textId="27D95A3B" w:rsidR="0022343C" w:rsidRPr="00561F81" w:rsidRDefault="0022343C" w:rsidP="0022343C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B.3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Harezmi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Eğitim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ile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çok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boyutlu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düşünme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becerilerini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destekleme</w:t>
            </w:r>
            <w:proofErr w:type="spellEnd"/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67928" w14:textId="1EE11EFE" w:rsidR="0022343C" w:rsidRPr="00743E27" w:rsidRDefault="0022343C" w:rsidP="0022343C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Engelliler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10-16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Mayıs</w:t>
            </w:r>
            <w:proofErr w:type="spellEnd"/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2F24F" w14:textId="3D6EBD4E" w:rsidR="0022343C" w:rsidRPr="00743E27" w:rsidRDefault="0022343C" w:rsidP="0022343C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Model/prototip, geri bildirim formu</w:t>
            </w:r>
          </w:p>
        </w:tc>
      </w:tr>
      <w:tr w:rsidR="00743E27" w:rsidRPr="00274923" w14:paraId="1D9B4B82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37EE2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24-28 </w:t>
            </w:r>
            <w:proofErr w:type="spellStart"/>
            <w:r w:rsidRPr="00743E27">
              <w:rPr>
                <w:rFonts w:asciiTheme="majorHAnsi" w:hAnsiTheme="majorHAnsi" w:cstheme="majorHAnsi"/>
                <w:b/>
                <w:szCs w:val="18"/>
              </w:rPr>
              <w:t>Mayıs</w:t>
            </w:r>
            <w:proofErr w:type="spellEnd"/>
            <w:r w:rsidRPr="00743E27">
              <w:rPr>
                <w:rFonts w:asciiTheme="majorHAnsi" w:hAnsiTheme="majorHAnsi" w:cstheme="majorHAnsi"/>
                <w:b/>
                <w:szCs w:val="18"/>
              </w:rPr>
              <w:t xml:space="preserve">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76C54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sorumluluğunu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davranışa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dönüştürmek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3D69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“Veri Doğru mu?”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etkinliği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değiştirilmiş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doğru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örneklerini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karşılaştırma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ikilemlerini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tartışma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verilerinin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doğruluğunu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kontrol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00A1C" w14:textId="11DDD4A7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B.1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Bilim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etiği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ve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araştırma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sorumluluğu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bilincini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  <w:p w14:paraId="703D27DD" w14:textId="698E9241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EC1D6D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B.4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Analitik ve eleştirel düşünme becerilerini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F3986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: 25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Mayıs</w:t>
            </w:r>
            <w:proofErr w:type="spellEnd"/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ECDC8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Etik vaka formu, veri doğrulama kontrolü</w:t>
            </w:r>
          </w:p>
        </w:tc>
      </w:tr>
      <w:tr w:rsidR="00743E27" w:rsidRPr="00743E27" w14:paraId="507092C3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C7172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31 Mayıs-11 Haziran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91D9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Çevre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iklim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sorunlarına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yönelik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toplumsal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fayda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odaklı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çözüm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geliştirmek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141B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Atık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enerji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veya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okulun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doğal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alanlarıyla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ilgili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seçilen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probleme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yönelik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ürününü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tamamlama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çevre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iklim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temalı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farkındalık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materyali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hazırlama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5A600" w14:textId="365298ED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B.3(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Harezmi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Eğitim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Modeli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ile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çok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boyutlu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düşünme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becerilerini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destekleme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  <w:p w14:paraId="1C83AA42" w14:textId="3F966FE0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 xml:space="preserve"> B.5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Dijital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yenilikçi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proje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üretimini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teşvik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75B1B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Hayat Boyu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Öğrenme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Haziran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ayının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ilk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Çevre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İklim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Değişikliği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Haftası: Haziran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ayının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2.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haftası</w:t>
            </w:r>
            <w:proofErr w:type="spellEnd"/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EDCF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ürünü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farkındalık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materyali</w:t>
            </w:r>
            <w:proofErr w:type="spellEnd"/>
          </w:p>
        </w:tc>
      </w:tr>
      <w:tr w:rsidR="00743E27" w:rsidRPr="00743E27" w14:paraId="6B85C248" w14:textId="77777777" w:rsidTr="00561F81">
        <w:trPr>
          <w:cantSplit/>
          <w:jc w:val="center"/>
        </w:trPr>
        <w:tc>
          <w:tcPr>
            <w:tcW w:w="2351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B2B12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14-18 Haziran 2027</w:t>
            </w:r>
          </w:p>
        </w:tc>
        <w:tc>
          <w:tcPr>
            <w:tcW w:w="2438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FF80D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Bilimsel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ürünleri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etkili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doğru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sorumlu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biçimde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paylaşmak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4526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BF280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Bilim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Teknoloji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Şenliği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/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Proje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Sergisi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öğrencilerin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model,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prototip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poster,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infografik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ve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araştırma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sonuçlarını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sunması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;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akran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değerlendirmesi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>.</w:t>
            </w:r>
          </w:p>
        </w:tc>
        <w:tc>
          <w:tcPr>
            <w:tcW w:w="2977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9BD38" w14:textId="1A3BA06D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>B.2(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Bilimsel araştırma, yöntem, teknik ve becerileri geliştirme.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01D89153" w14:textId="673CE1E0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B.3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Harezmi Eğitim Modeli ile çok boyutlu düşünme becerilerini destekleme.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  <w:p w14:paraId="79E2E200" w14:textId="1B878BD6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  <w:lang w:val="nb-NO"/>
              </w:rPr>
              <w:t xml:space="preserve"> B.5 (</w:t>
            </w:r>
            <w:r w:rsidR="00561F81" w:rsidRPr="00561F81">
              <w:rPr>
                <w:rFonts w:asciiTheme="majorHAnsi" w:hAnsiTheme="majorHAnsi" w:cstheme="majorHAnsi"/>
                <w:lang w:val="nb-NO"/>
              </w:rPr>
              <w:t>Dijital okuryazarlığı geliştirerek yenilikçi proje üretimini teşvik etme.</w:t>
            </w:r>
            <w:r w:rsidRPr="00561F81">
              <w:rPr>
                <w:rFonts w:asciiTheme="majorHAnsi" w:hAnsiTheme="majorHAnsi" w:cstheme="majorHAnsi"/>
                <w:szCs w:val="18"/>
                <w:lang w:val="nb-NO"/>
              </w:rPr>
              <w:t>)</w:t>
            </w:r>
          </w:p>
        </w:tc>
        <w:tc>
          <w:tcPr>
            <w:tcW w:w="1843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52179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  <w:lang w:val="nb-NO"/>
              </w:rPr>
            </w:pPr>
            <w:r w:rsidRPr="00743E27">
              <w:rPr>
                <w:rFonts w:asciiTheme="majorHAnsi" w:hAnsiTheme="majorHAnsi" w:cstheme="majorHAnsi"/>
                <w:szCs w:val="18"/>
                <w:lang w:val="nb-NO"/>
              </w:rPr>
              <w:t>Kulüp içi Bilim ve Teknoloji Şenliği / Proje Sergisi</w:t>
            </w:r>
          </w:p>
        </w:tc>
        <w:tc>
          <w:tcPr>
            <w:tcW w:w="1600" w:type="dxa"/>
            <w:shd w:val="clear" w:color="auto" w:fill="F5FAF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1E205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 xml:space="preserve">Sergi,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sunum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,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akran</w:t>
            </w:r>
            <w:proofErr w:type="spellEnd"/>
            <w:r w:rsidRPr="00743E27">
              <w:rPr>
                <w:rFonts w:asciiTheme="majorHAnsi" w:hAnsiTheme="majorHAnsi" w:cstheme="majorHAnsi"/>
                <w:szCs w:val="18"/>
              </w:rPr>
              <w:t xml:space="preserve"> </w:t>
            </w:r>
            <w:proofErr w:type="spellStart"/>
            <w:r w:rsidRPr="00743E27">
              <w:rPr>
                <w:rFonts w:asciiTheme="majorHAnsi" w:hAnsiTheme="majorHAnsi" w:cstheme="majorHAnsi"/>
                <w:szCs w:val="18"/>
              </w:rPr>
              <w:t>değerlendirme</w:t>
            </w:r>
            <w:proofErr w:type="spellEnd"/>
          </w:p>
        </w:tc>
      </w:tr>
      <w:tr w:rsidR="00743E27" w:rsidRPr="00743E27" w14:paraId="7FA52895" w14:textId="77777777" w:rsidTr="00561F81">
        <w:trPr>
          <w:cantSplit/>
          <w:jc w:val="center"/>
        </w:trPr>
        <w:tc>
          <w:tcPr>
            <w:tcW w:w="23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B39F3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b/>
                <w:szCs w:val="18"/>
              </w:rPr>
              <w:t>21-25 Haziran 2027</w:t>
            </w:r>
          </w:p>
        </w:tc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AC111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>Yıllık gelişimi değerlendirmek ve bilimsel süreç becerilerindeki ilerlemeyi görünür kılmak.</w:t>
            </w:r>
          </w:p>
        </w:tc>
        <w:tc>
          <w:tcPr>
            <w:tcW w:w="45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A64F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>Öğrenci portfolyolarının incelenmesi; öz değerlendirme; kulüp hedeflerinin değerlendirilmesi; yıl boyunca geliştirilen ürünlerin sınıflandırılması ve kulüp sonuç raporunun düzenlenmesi.</w:t>
            </w:r>
          </w:p>
        </w:tc>
        <w:tc>
          <w:tcPr>
            <w:tcW w:w="29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D3A62" w14:textId="5D35A875" w:rsidR="00743E27" w:rsidRPr="00561F81" w:rsidRDefault="00743E27" w:rsidP="00743E27">
            <w:pPr>
              <w:rPr>
                <w:rFonts w:asciiTheme="majorHAnsi" w:hAnsiTheme="majorHAnsi" w:cstheme="majorHAnsi"/>
                <w:b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B.1(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Bilim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etiği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ve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araştırma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sorumluluğu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bilincini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  <w:p w14:paraId="1C61E537" w14:textId="29598D41" w:rsidR="00743E27" w:rsidRPr="00561F81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561F81">
              <w:rPr>
                <w:rFonts w:asciiTheme="majorHAnsi" w:hAnsiTheme="majorHAnsi" w:cstheme="majorHAnsi"/>
                <w:b/>
                <w:szCs w:val="18"/>
              </w:rPr>
              <w:t>B.5 (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Dijital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okuryazarlığı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geliştirerek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yenilikçi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proje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üretimini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teşvik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61F81" w:rsidRPr="00561F81">
              <w:rPr>
                <w:rFonts w:asciiTheme="majorHAnsi" w:hAnsiTheme="majorHAnsi" w:cstheme="majorHAnsi"/>
              </w:rPr>
              <w:t>etme</w:t>
            </w:r>
            <w:proofErr w:type="spellEnd"/>
            <w:r w:rsidR="00561F81" w:rsidRPr="00561F81">
              <w:rPr>
                <w:rFonts w:asciiTheme="majorHAnsi" w:hAnsiTheme="majorHAnsi" w:cstheme="majorHAnsi"/>
              </w:rPr>
              <w:t>.</w:t>
            </w:r>
            <w:r w:rsidRPr="00561F81">
              <w:rPr>
                <w:rFonts w:asciiTheme="majorHAnsi" w:hAnsiTheme="majorHAnsi" w:cstheme="majorHAnsi"/>
                <w:szCs w:val="18"/>
              </w:rPr>
              <w:t>)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33184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>Ders yılı sonu değerlendirme çalışmaları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F7A2E" w14:textId="77777777" w:rsidR="00743E27" w:rsidRPr="00743E27" w:rsidRDefault="00743E27" w:rsidP="00743E27">
            <w:pPr>
              <w:rPr>
                <w:rFonts w:asciiTheme="majorHAnsi" w:hAnsiTheme="majorHAnsi" w:cstheme="majorHAnsi"/>
                <w:szCs w:val="18"/>
              </w:rPr>
            </w:pPr>
            <w:r w:rsidRPr="00743E27">
              <w:rPr>
                <w:rFonts w:asciiTheme="majorHAnsi" w:hAnsiTheme="majorHAnsi" w:cstheme="majorHAnsi"/>
                <w:szCs w:val="18"/>
              </w:rPr>
              <w:t>Portfolyo, öz değerlendirme, kulüp sonuç raporu</w:t>
            </w:r>
          </w:p>
        </w:tc>
      </w:tr>
    </w:tbl>
    <w:p w14:paraId="793240CD" w14:textId="77777777" w:rsidR="001B6BD8" w:rsidRPr="00743E27" w:rsidRDefault="001B6BD8" w:rsidP="00743E27">
      <w:pPr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ECEAD1" w14:textId="0B64B2FF" w:rsidR="001B6BD8" w:rsidRPr="00743E27" w:rsidRDefault="001B6BD8" w:rsidP="00743E27">
      <w:pPr>
        <w:tabs>
          <w:tab w:val="left" w:pos="12058"/>
        </w:tabs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   …..………………………                                                                                 …………………………….</w:t>
      </w:r>
      <w:r w:rsidR="00743E27">
        <w:rPr>
          <w:rFonts w:asciiTheme="majorHAnsi" w:hAnsiTheme="majorHAnsi" w:cstheme="majorHAnsi"/>
          <w:szCs w:val="18"/>
        </w:rPr>
        <w:tab/>
      </w:r>
    </w:p>
    <w:p w14:paraId="48762B3E" w14:textId="77777777" w:rsidR="00743E27" w:rsidRDefault="001B6BD8" w:rsidP="00743E27">
      <w:pPr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DANIŞMAN ÖĞRETMEN                                                                          DANIŞMAN ÖĞRETMEN          </w:t>
      </w:r>
    </w:p>
    <w:p w14:paraId="76F90E97" w14:textId="503CD2F7" w:rsidR="001B6BD8" w:rsidRPr="00743E27" w:rsidRDefault="001B6BD8" w:rsidP="00743E27">
      <w:pPr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 xml:space="preserve">                                                  </w:t>
      </w:r>
    </w:p>
    <w:p w14:paraId="3DE26F60" w14:textId="77777777" w:rsidR="00743E27" w:rsidRPr="00743E27" w:rsidRDefault="00743E27" w:rsidP="00743E27">
      <w:pPr>
        <w:jc w:val="center"/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>UYGUNDUR</w:t>
      </w:r>
    </w:p>
    <w:p w14:paraId="32D793E9" w14:textId="77777777" w:rsidR="00743E27" w:rsidRPr="00743E27" w:rsidRDefault="00743E27" w:rsidP="00743E27">
      <w:pPr>
        <w:jc w:val="center"/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>…………………………………………</w:t>
      </w:r>
    </w:p>
    <w:p w14:paraId="1E4202A7" w14:textId="71B80F60" w:rsidR="001B6BD8" w:rsidRPr="00743E27" w:rsidRDefault="00743E27" w:rsidP="00561F81">
      <w:pPr>
        <w:jc w:val="center"/>
        <w:rPr>
          <w:rFonts w:asciiTheme="majorHAnsi" w:hAnsiTheme="majorHAnsi" w:cstheme="majorHAnsi"/>
          <w:szCs w:val="18"/>
        </w:rPr>
      </w:pPr>
      <w:r w:rsidRPr="00743E27">
        <w:rPr>
          <w:rFonts w:asciiTheme="majorHAnsi" w:hAnsiTheme="majorHAnsi" w:cstheme="majorHAnsi"/>
          <w:szCs w:val="18"/>
        </w:rPr>
        <w:t>OKUL MÜDÜRÜ</w:t>
      </w:r>
    </w:p>
    <w:p w14:paraId="656C90B0" w14:textId="77777777" w:rsidR="001B6BD8" w:rsidRPr="00743E27" w:rsidRDefault="001B6BD8" w:rsidP="00743E27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noProof/>
          <w:szCs w:val="18"/>
        </w:rPr>
        <w:drawing>
          <wp:anchor distT="0" distB="0" distL="114300" distR="114300" simplePos="0" relativeHeight="251655168" behindDoc="1" locked="0" layoutInCell="1" allowOverlap="1" wp14:anchorId="59845B16" wp14:editId="45A7526E">
            <wp:simplePos x="0" y="0"/>
            <wp:positionH relativeFrom="column">
              <wp:posOffset>1707411</wp:posOffset>
            </wp:positionH>
            <wp:positionV relativeFrom="paragraph">
              <wp:posOffset>250913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7AFD8" w14:textId="77777777" w:rsidR="001B6BD8" w:rsidRPr="00743E27" w:rsidRDefault="001B6BD8" w:rsidP="00743E27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b/>
          <w:bCs/>
          <w:szCs w:val="18"/>
        </w:rPr>
        <w:t xml:space="preserve">                                                                                                            </w:t>
      </w:r>
      <w:hyperlink r:id="rId15" w:history="1">
        <w:r w:rsidRPr="00743E27">
          <w:rPr>
            <w:rStyle w:val="Kpr"/>
            <w:rFonts w:asciiTheme="majorHAnsi" w:hAnsiTheme="majorHAnsi" w:cstheme="majorHAnsi"/>
            <w:b/>
            <w:bCs/>
            <w:szCs w:val="18"/>
          </w:rPr>
          <w:t>https://www.instagram.com/fenusbilim/</w:t>
        </w:r>
      </w:hyperlink>
      <w:r w:rsidRPr="00743E27">
        <w:rPr>
          <w:rFonts w:asciiTheme="majorHAnsi" w:hAnsiTheme="majorHAnsi" w:cstheme="majorHAnsi"/>
          <w:b/>
          <w:bCs/>
          <w:szCs w:val="18"/>
        </w:rPr>
        <w:t xml:space="preserve"> </w:t>
      </w:r>
    </w:p>
    <w:p w14:paraId="0921A745" w14:textId="77777777" w:rsidR="001B6BD8" w:rsidRPr="00743E27" w:rsidRDefault="001B6BD8" w:rsidP="00743E27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noProof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3F120DF8" wp14:editId="32AEABED">
            <wp:simplePos x="0" y="0"/>
            <wp:positionH relativeFrom="column">
              <wp:posOffset>1701623</wp:posOffset>
            </wp:positionH>
            <wp:positionV relativeFrom="paragraph">
              <wp:posOffset>175895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AC593" w14:textId="77777777" w:rsidR="001B6BD8" w:rsidRPr="00743E27" w:rsidRDefault="001B6BD8" w:rsidP="00743E27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b/>
          <w:bCs/>
          <w:szCs w:val="18"/>
        </w:rPr>
        <w:t xml:space="preserve">                                                                                                           </w:t>
      </w:r>
      <w:hyperlink r:id="rId17" w:history="1">
        <w:r w:rsidRPr="00743E27">
          <w:rPr>
            <w:rStyle w:val="Kpr"/>
            <w:rFonts w:asciiTheme="majorHAnsi" w:hAnsiTheme="majorHAnsi" w:cstheme="majorHAnsi"/>
            <w:b/>
            <w:bCs/>
            <w:szCs w:val="18"/>
          </w:rPr>
          <w:t>https://www.fenusbilim.com/</w:t>
        </w:r>
      </w:hyperlink>
      <w:r w:rsidRPr="00743E27">
        <w:rPr>
          <w:rFonts w:asciiTheme="majorHAnsi" w:hAnsiTheme="majorHAnsi" w:cstheme="majorHAnsi"/>
          <w:b/>
          <w:bCs/>
          <w:szCs w:val="18"/>
        </w:rPr>
        <w:t xml:space="preserve"> </w:t>
      </w:r>
    </w:p>
    <w:p w14:paraId="7D1A8B7D" w14:textId="77777777" w:rsidR="001B6BD8" w:rsidRPr="00743E27" w:rsidRDefault="001B6BD8" w:rsidP="00743E27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noProof/>
          <w:szCs w:val="18"/>
        </w:rPr>
        <w:drawing>
          <wp:anchor distT="0" distB="0" distL="114300" distR="114300" simplePos="0" relativeHeight="251663360" behindDoc="1" locked="0" layoutInCell="1" allowOverlap="1" wp14:anchorId="72066BDA" wp14:editId="7B647258">
            <wp:simplePos x="0" y="0"/>
            <wp:positionH relativeFrom="column">
              <wp:posOffset>1672533</wp:posOffset>
            </wp:positionH>
            <wp:positionV relativeFrom="paragraph">
              <wp:posOffset>123825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63A9C" w14:textId="77777777" w:rsidR="001B6BD8" w:rsidRPr="00743E27" w:rsidRDefault="001B6BD8" w:rsidP="00743E27">
      <w:pPr>
        <w:rPr>
          <w:rFonts w:asciiTheme="majorHAnsi" w:hAnsiTheme="majorHAnsi" w:cstheme="majorHAnsi"/>
          <w:b/>
          <w:bCs/>
          <w:szCs w:val="18"/>
        </w:rPr>
      </w:pPr>
      <w:r w:rsidRPr="00743E27">
        <w:rPr>
          <w:rFonts w:asciiTheme="majorHAnsi" w:hAnsiTheme="majorHAnsi" w:cstheme="majorHAnsi"/>
          <w:b/>
          <w:bCs/>
          <w:szCs w:val="18"/>
        </w:rPr>
        <w:t xml:space="preserve">                                                                                                             </w:t>
      </w:r>
      <w:hyperlink r:id="rId19" w:history="1">
        <w:r w:rsidRPr="00743E27">
          <w:rPr>
            <w:rStyle w:val="Kpr"/>
            <w:rFonts w:asciiTheme="majorHAnsi" w:hAnsiTheme="majorHAnsi" w:cstheme="majorHAnsi"/>
            <w:b/>
            <w:bCs/>
            <w:szCs w:val="18"/>
          </w:rPr>
          <w:t>https://www.youtube.com/@fenusbilim</w:t>
        </w:r>
      </w:hyperlink>
      <w:r w:rsidRPr="00743E27">
        <w:rPr>
          <w:rFonts w:asciiTheme="majorHAnsi" w:hAnsiTheme="majorHAnsi" w:cstheme="majorHAnsi"/>
          <w:b/>
          <w:bCs/>
          <w:szCs w:val="18"/>
        </w:rPr>
        <w:t xml:space="preserve"> </w:t>
      </w:r>
    </w:p>
    <w:p w14:paraId="32E36AC8" w14:textId="77777777" w:rsidR="001B6BD8" w:rsidRPr="00743E27" w:rsidRDefault="001B6BD8" w:rsidP="00743E27">
      <w:pPr>
        <w:rPr>
          <w:rFonts w:asciiTheme="majorHAnsi" w:hAnsiTheme="majorHAnsi" w:cstheme="majorHAnsi"/>
          <w:szCs w:val="18"/>
        </w:rPr>
      </w:pPr>
    </w:p>
    <w:p w14:paraId="01605C2B" w14:textId="77777777" w:rsidR="00981202" w:rsidRPr="00743E27" w:rsidRDefault="00981202" w:rsidP="00743E27">
      <w:pPr>
        <w:rPr>
          <w:rFonts w:asciiTheme="majorHAnsi" w:hAnsiTheme="majorHAnsi" w:cstheme="majorHAnsi"/>
          <w:szCs w:val="18"/>
        </w:rPr>
      </w:pPr>
    </w:p>
    <w:sectPr w:rsidR="00981202" w:rsidRPr="00743E27" w:rsidSect="00034616">
      <w:footerReference w:type="default" r:id="rId20"/>
      <w:pgSz w:w="16838" w:h="11906" w:orient="landscape"/>
      <w:pgMar w:top="652" w:right="652" w:bottom="652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22DBA" w14:textId="77777777" w:rsidR="00264ACE" w:rsidRDefault="00264ACE">
      <w:pPr>
        <w:spacing w:after="0" w:line="240" w:lineRule="auto"/>
      </w:pPr>
      <w:r>
        <w:separator/>
      </w:r>
    </w:p>
  </w:endnote>
  <w:endnote w:type="continuationSeparator" w:id="0">
    <w:p w14:paraId="240C2E86" w14:textId="77777777" w:rsidR="00264ACE" w:rsidRDefault="0026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B27AF" w14:textId="77777777" w:rsidR="00E6547F" w:rsidRDefault="00676D18">
    <w:pPr>
      <w:pStyle w:val="AltBilgi"/>
      <w:jc w:val="center"/>
    </w:pPr>
    <w:r>
      <w:rPr>
        <w:color w:val="505050"/>
        <w:sz w:val="16"/>
      </w:rPr>
      <w:t xml:space="preserve">2026-2027 </w:t>
    </w:r>
    <w:proofErr w:type="spellStart"/>
    <w:r>
      <w:rPr>
        <w:color w:val="505050"/>
        <w:sz w:val="16"/>
      </w:rPr>
      <w:t>Bilim</w:t>
    </w:r>
    <w:proofErr w:type="spellEnd"/>
    <w:r>
      <w:rPr>
        <w:color w:val="505050"/>
        <w:sz w:val="16"/>
      </w:rPr>
      <w:t xml:space="preserve"> </w:t>
    </w:r>
    <w:proofErr w:type="spellStart"/>
    <w:r>
      <w:rPr>
        <w:color w:val="505050"/>
        <w:sz w:val="16"/>
      </w:rPr>
      <w:t>Kulübü</w:t>
    </w:r>
    <w:proofErr w:type="spellEnd"/>
    <w:r>
      <w:rPr>
        <w:color w:val="505050"/>
        <w:sz w:val="16"/>
      </w:rPr>
      <w:t xml:space="preserve"> Yıllık </w:t>
    </w:r>
    <w:proofErr w:type="spellStart"/>
    <w:r>
      <w:rPr>
        <w:color w:val="505050"/>
        <w:sz w:val="16"/>
      </w:rPr>
      <w:t>Çalışma</w:t>
    </w:r>
    <w:proofErr w:type="spellEnd"/>
    <w:r>
      <w:rPr>
        <w:color w:val="505050"/>
        <w:sz w:val="16"/>
      </w:rPr>
      <w:t xml:space="preserve"> </w:t>
    </w:r>
    <w:proofErr w:type="spellStart"/>
    <w:r>
      <w:rPr>
        <w:color w:val="505050"/>
        <w:sz w:val="16"/>
      </w:rPr>
      <w:t>Planı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7ABA" w14:textId="77777777" w:rsidR="00264ACE" w:rsidRDefault="00264ACE">
      <w:pPr>
        <w:spacing w:after="0" w:line="240" w:lineRule="auto"/>
      </w:pPr>
      <w:r>
        <w:separator/>
      </w:r>
    </w:p>
  </w:footnote>
  <w:footnote w:type="continuationSeparator" w:id="0">
    <w:p w14:paraId="1045E743" w14:textId="77777777" w:rsidR="00264ACE" w:rsidRDefault="00264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6690430">
    <w:abstractNumId w:val="8"/>
  </w:num>
  <w:num w:numId="2" w16cid:durableId="1014957993">
    <w:abstractNumId w:val="6"/>
  </w:num>
  <w:num w:numId="3" w16cid:durableId="1713963304">
    <w:abstractNumId w:val="5"/>
  </w:num>
  <w:num w:numId="4" w16cid:durableId="1860388677">
    <w:abstractNumId w:val="4"/>
  </w:num>
  <w:num w:numId="5" w16cid:durableId="1744065416">
    <w:abstractNumId w:val="7"/>
  </w:num>
  <w:num w:numId="6" w16cid:durableId="703603627">
    <w:abstractNumId w:val="3"/>
  </w:num>
  <w:num w:numId="7" w16cid:durableId="1237320325">
    <w:abstractNumId w:val="2"/>
  </w:num>
  <w:num w:numId="8" w16cid:durableId="1895970967">
    <w:abstractNumId w:val="1"/>
  </w:num>
  <w:num w:numId="9" w16cid:durableId="1272662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BD8"/>
    <w:rsid w:val="0022343C"/>
    <w:rsid w:val="00264ACE"/>
    <w:rsid w:val="00274923"/>
    <w:rsid w:val="0029639D"/>
    <w:rsid w:val="00326F90"/>
    <w:rsid w:val="003D3FAF"/>
    <w:rsid w:val="003F1933"/>
    <w:rsid w:val="004D4CDB"/>
    <w:rsid w:val="004F2B1B"/>
    <w:rsid w:val="00561F81"/>
    <w:rsid w:val="0057470C"/>
    <w:rsid w:val="005C51BC"/>
    <w:rsid w:val="005E0F90"/>
    <w:rsid w:val="00676D18"/>
    <w:rsid w:val="00743E27"/>
    <w:rsid w:val="00926A07"/>
    <w:rsid w:val="00981202"/>
    <w:rsid w:val="009D5443"/>
    <w:rsid w:val="00AA1D8D"/>
    <w:rsid w:val="00B47730"/>
    <w:rsid w:val="00C1614D"/>
    <w:rsid w:val="00C51445"/>
    <w:rsid w:val="00CA786A"/>
    <w:rsid w:val="00CB0664"/>
    <w:rsid w:val="00E63A46"/>
    <w:rsid w:val="00E6547F"/>
    <w:rsid w:val="00EC1D6D"/>
    <w:rsid w:val="00F307D9"/>
    <w:rsid w:val="00F433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90782"/>
  <w14:defaultImageDpi w14:val="300"/>
  <w15:docId w15:val="{C0C160E9-C885-477D-A876-B86ED193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5C51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" TargetMode="External"/><Relationship Id="rId13" Type="http://schemas.openxmlformats.org/officeDocument/2006/relationships/hyperlink" Target="http://www.fenusbilim.com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fenusbilim.com/" TargetMode="External"/><Relationship Id="rId17" Type="http://schemas.openxmlformats.org/officeDocument/2006/relationships/hyperlink" Target="https://www.fenusbilim.com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enusbilim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fenusbilim/" TargetMode="External"/><Relationship Id="rId10" Type="http://schemas.openxmlformats.org/officeDocument/2006/relationships/hyperlink" Target="http://www.fenusbilim.com/" TargetMode="External"/><Relationship Id="rId19" Type="http://schemas.openxmlformats.org/officeDocument/2006/relationships/hyperlink" Target="https://www.youtube.com/@fenusbili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1675</Words>
  <Characters>9552</Characters>
  <Application>Microsoft Office Word</Application>
  <DocSecurity>0</DocSecurity>
  <Lines>79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azime ymn</cp:lastModifiedBy>
  <cp:revision>10</cp:revision>
  <dcterms:created xsi:type="dcterms:W3CDTF">2013-12-23T23:15:00Z</dcterms:created>
  <dcterms:modified xsi:type="dcterms:W3CDTF">2026-10-08T12:26:00Z</dcterms:modified>
  <cp:category/>
</cp:coreProperties>
</file>